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656D0" w14:textId="17B46DBD" w:rsidR="00114496" w:rsidRDefault="00EF3FE6" w:rsidP="00EF3FE6">
      <w:pPr>
        <w:jc w:val="center"/>
      </w:pPr>
      <w:r>
        <w:rPr>
          <w:noProof/>
        </w:rPr>
        <w:drawing>
          <wp:inline distT="0" distB="0" distL="0" distR="0" wp14:anchorId="7FE2BAA2" wp14:editId="66344627">
            <wp:extent cx="4180554" cy="1192530"/>
            <wp:effectExtent l="0" t="0" r="0" b="7620"/>
            <wp:docPr id="1227727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27412" name="Picture 12277274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33998" cy="120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3983" w14:textId="77777777" w:rsidR="00114496" w:rsidRPr="00EF3FE6" w:rsidRDefault="00B24161">
      <w:pPr>
        <w:spacing w:after="40"/>
        <w:jc w:val="center"/>
        <w:rPr>
          <w:color w:val="EE0000"/>
        </w:rPr>
      </w:pPr>
      <w:r w:rsidRPr="00EF3FE6">
        <w:rPr>
          <w:rFonts w:ascii="Arial" w:eastAsia="Arial" w:hAnsi="Arial"/>
          <w:b/>
          <w:color w:val="EE0000"/>
          <w:sz w:val="32"/>
        </w:rPr>
        <w:t>AGENDA</w:t>
      </w:r>
    </w:p>
    <w:p w14:paraId="20D4292A" w14:textId="15AE4194" w:rsidR="00114496" w:rsidRDefault="00B24161">
      <w:pPr>
        <w:spacing w:after="20"/>
        <w:jc w:val="center"/>
        <w:rPr>
          <w:rFonts w:ascii="Arial" w:eastAsia="Arial" w:hAnsi="Arial"/>
          <w:b/>
          <w:bCs/>
          <w:sz w:val="24"/>
        </w:rPr>
      </w:pPr>
      <w:r w:rsidRPr="00EF3FE6">
        <w:rPr>
          <w:rFonts w:ascii="Arial" w:eastAsia="Arial" w:hAnsi="Arial"/>
          <w:b/>
          <w:bCs/>
          <w:sz w:val="24"/>
        </w:rPr>
        <w:t>OGDEN DUNES TOWN COUNCIL MEETING</w:t>
      </w:r>
    </w:p>
    <w:p w14:paraId="4F491164" w14:textId="5EE9F653" w:rsidR="002A6FD9" w:rsidRDefault="002A6FD9" w:rsidP="002A6FD9">
      <w:pPr>
        <w:spacing w:after="2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Monday, September 14, 2</w:t>
      </w:r>
      <w:r w:rsidR="008D65C6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026</w:t>
      </w:r>
    </w:p>
    <w:p w14:paraId="4393A9D9" w14:textId="0F039617" w:rsidR="00114496" w:rsidRPr="00414965" w:rsidRDefault="00B24161">
      <w:pPr>
        <w:spacing w:after="20"/>
        <w:rPr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Call to order</w:t>
      </w:r>
    </w:p>
    <w:p w14:paraId="12E7BA15" w14:textId="77777777" w:rsidR="00114496" w:rsidRPr="00414965" w:rsidRDefault="00B24161">
      <w:pPr>
        <w:spacing w:after="20"/>
        <w:rPr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Pledge of Allegiance</w:t>
      </w:r>
    </w:p>
    <w:p w14:paraId="5EDA7FB5" w14:textId="77777777" w:rsidR="00114496" w:rsidRDefault="00B24161">
      <w:pPr>
        <w:spacing w:after="20"/>
        <w:rPr>
          <w:rFonts w:ascii="Arial" w:eastAsia="Arial" w:hAnsi="Arial"/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Roll Call</w:t>
      </w:r>
    </w:p>
    <w:p w14:paraId="029C1C70" w14:textId="77777777" w:rsidR="004D3DD7" w:rsidRDefault="004D3DD7">
      <w:pPr>
        <w:spacing w:after="20"/>
        <w:rPr>
          <w:rFonts w:ascii="Arial" w:eastAsia="Arial" w:hAnsi="Arial"/>
          <w:b/>
          <w:bCs/>
          <w:sz w:val="20"/>
          <w:szCs w:val="20"/>
        </w:rPr>
      </w:pPr>
    </w:p>
    <w:p w14:paraId="70F503B5" w14:textId="211ED7EF" w:rsidR="004D3DD7" w:rsidRPr="004D3DD7" w:rsidRDefault="004D3DD7">
      <w:pPr>
        <w:spacing w:after="20"/>
        <w:rPr>
          <w:b/>
          <w:bCs/>
          <w:sz w:val="24"/>
          <w:szCs w:val="24"/>
        </w:rPr>
      </w:pPr>
      <w:r w:rsidRPr="004D3DD7">
        <w:rPr>
          <w:b/>
          <w:bCs/>
          <w:sz w:val="24"/>
          <w:szCs w:val="24"/>
        </w:rPr>
        <w:t>Public Hearing to vacate the easement at 49 Aspen Road, Ogden Dunes, Indiana</w:t>
      </w:r>
    </w:p>
    <w:p w14:paraId="7F6238EA" w14:textId="163100B6" w:rsidR="00114496" w:rsidRPr="004D3DD7" w:rsidRDefault="004D3DD7">
      <w:pPr>
        <w:spacing w:after="20"/>
        <w:rPr>
          <w:b/>
          <w:bCs/>
          <w:sz w:val="24"/>
          <w:szCs w:val="24"/>
        </w:rPr>
      </w:pPr>
      <w:r w:rsidRPr="004D3DD7">
        <w:rPr>
          <w:b/>
          <w:bCs/>
          <w:sz w:val="24"/>
          <w:szCs w:val="24"/>
        </w:rPr>
        <w:t xml:space="preserve"> </w:t>
      </w:r>
    </w:p>
    <w:p w14:paraId="3F6B2457" w14:textId="392CF6C8" w:rsidR="000036A2" w:rsidRDefault="000036A2">
      <w:pPr>
        <w:spacing w:after="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Approval of town meeting minutes</w:t>
      </w:r>
    </w:p>
    <w:p w14:paraId="2F22A60C" w14:textId="0BA65F1B" w:rsidR="000036A2" w:rsidRDefault="00723A74">
      <w:pPr>
        <w:spacing w:after="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</w:t>
      </w:r>
      <w:r w:rsidR="000036A2">
        <w:rPr>
          <w:b/>
          <w:bCs/>
          <w:sz w:val="20"/>
          <w:szCs w:val="20"/>
        </w:rPr>
        <w:t>pproval of claims</w:t>
      </w:r>
    </w:p>
    <w:p w14:paraId="56868B16" w14:textId="77777777" w:rsidR="00E71C50" w:rsidRDefault="00E71C50">
      <w:pPr>
        <w:spacing w:after="20"/>
        <w:rPr>
          <w:b/>
          <w:bCs/>
          <w:sz w:val="20"/>
          <w:szCs w:val="20"/>
        </w:rPr>
      </w:pPr>
    </w:p>
    <w:p w14:paraId="0292AF2D" w14:textId="280667E6" w:rsidR="00E71C50" w:rsidRDefault="00E71C50">
      <w:pPr>
        <w:spacing w:after="20"/>
        <w:rPr>
          <w:b/>
          <w:bCs/>
        </w:rPr>
      </w:pPr>
      <w:r w:rsidRPr="00D26C7F">
        <w:rPr>
          <w:b/>
          <w:bCs/>
        </w:rPr>
        <w:t>Special Thank You to all of the first responders</w:t>
      </w:r>
      <w:r w:rsidR="008D65C6" w:rsidRPr="00D26C7F">
        <w:rPr>
          <w:b/>
          <w:bCs/>
        </w:rPr>
        <w:t xml:space="preserve"> during the </w:t>
      </w:r>
      <w:proofErr w:type="spellStart"/>
      <w:r w:rsidR="008D65C6" w:rsidRPr="00D26C7F">
        <w:rPr>
          <w:b/>
          <w:bCs/>
        </w:rPr>
        <w:t>durecho</w:t>
      </w:r>
      <w:proofErr w:type="spellEnd"/>
      <w:r w:rsidR="008D65C6" w:rsidRPr="00D26C7F">
        <w:rPr>
          <w:b/>
          <w:bCs/>
        </w:rPr>
        <w:t xml:space="preserve"> who rose to the </w:t>
      </w:r>
      <w:r w:rsidR="00CC7DBB">
        <w:rPr>
          <w:b/>
          <w:bCs/>
        </w:rPr>
        <w:t xml:space="preserve">occasion.  Jeremy Ogden, </w:t>
      </w:r>
      <w:r w:rsidR="0013486A" w:rsidRPr="00D26C7F">
        <w:rPr>
          <w:b/>
          <w:bCs/>
        </w:rPr>
        <w:t xml:space="preserve">Bob </w:t>
      </w:r>
      <w:proofErr w:type="spellStart"/>
      <w:r w:rsidR="0013486A" w:rsidRPr="00D26C7F">
        <w:rPr>
          <w:b/>
          <w:bCs/>
        </w:rPr>
        <w:t>Gosbon</w:t>
      </w:r>
      <w:proofErr w:type="spellEnd"/>
      <w:r w:rsidR="0013486A" w:rsidRPr="00D26C7F">
        <w:rPr>
          <w:b/>
          <w:bCs/>
        </w:rPr>
        <w:t>, and t</w:t>
      </w:r>
      <w:r w:rsidR="00BE746E" w:rsidRPr="00D26C7F">
        <w:rPr>
          <w:b/>
          <w:bCs/>
        </w:rPr>
        <w:t xml:space="preserve">he police department, </w:t>
      </w:r>
      <w:r w:rsidR="0013486A" w:rsidRPr="00D26C7F">
        <w:rPr>
          <w:b/>
          <w:bCs/>
        </w:rPr>
        <w:t>Eric Kurtz and the fire department</w:t>
      </w:r>
      <w:r w:rsidR="00D26C7F" w:rsidRPr="00D26C7F">
        <w:rPr>
          <w:b/>
          <w:bCs/>
        </w:rPr>
        <w:t xml:space="preserve">, Gerry </w:t>
      </w:r>
      <w:proofErr w:type="spellStart"/>
      <w:r w:rsidR="00D26C7F" w:rsidRPr="00D26C7F">
        <w:rPr>
          <w:b/>
          <w:bCs/>
        </w:rPr>
        <w:t>Scheff</w:t>
      </w:r>
      <w:proofErr w:type="spellEnd"/>
      <w:r w:rsidR="00D26C7F" w:rsidRPr="00D26C7F">
        <w:rPr>
          <w:b/>
          <w:bCs/>
        </w:rPr>
        <w:t xml:space="preserve"> and the CERT team</w:t>
      </w:r>
      <w:r w:rsidR="00CC7DBB">
        <w:rPr>
          <w:b/>
          <w:bCs/>
        </w:rPr>
        <w:t xml:space="preserve"> </w:t>
      </w:r>
      <w:r w:rsidR="0013486A" w:rsidRPr="00D26C7F">
        <w:rPr>
          <w:b/>
          <w:bCs/>
        </w:rPr>
        <w:t xml:space="preserve">Mike </w:t>
      </w:r>
      <w:proofErr w:type="spellStart"/>
      <w:r w:rsidR="0013486A" w:rsidRPr="00D26C7F">
        <w:rPr>
          <w:b/>
          <w:bCs/>
        </w:rPr>
        <w:t>Lanovich</w:t>
      </w:r>
      <w:proofErr w:type="spellEnd"/>
      <w:r w:rsidR="0013486A" w:rsidRPr="00D26C7F">
        <w:rPr>
          <w:b/>
          <w:bCs/>
        </w:rPr>
        <w:t xml:space="preserve"> and the street department. </w:t>
      </w:r>
      <w:r w:rsidR="00D26C7F" w:rsidRPr="00D26C7F">
        <w:rPr>
          <w:b/>
          <w:bCs/>
        </w:rPr>
        <w:t xml:space="preserve"> </w:t>
      </w:r>
      <w:proofErr w:type="spellStart"/>
      <w:r w:rsidR="00D26C7F" w:rsidRPr="00D26C7F">
        <w:rPr>
          <w:b/>
          <w:bCs/>
        </w:rPr>
        <w:t>Tavis</w:t>
      </w:r>
      <w:proofErr w:type="spellEnd"/>
      <w:r w:rsidR="00D26C7F" w:rsidRPr="00D26C7F">
        <w:rPr>
          <w:b/>
          <w:bCs/>
        </w:rPr>
        <w:t xml:space="preserve"> </w:t>
      </w:r>
      <w:proofErr w:type="spellStart"/>
      <w:r w:rsidR="00D26C7F" w:rsidRPr="00D26C7F">
        <w:rPr>
          <w:b/>
          <w:bCs/>
        </w:rPr>
        <w:t>Lattimer</w:t>
      </w:r>
      <w:proofErr w:type="spellEnd"/>
      <w:r w:rsidR="00D26C7F" w:rsidRPr="00D26C7F">
        <w:rPr>
          <w:b/>
          <w:bCs/>
        </w:rPr>
        <w:t xml:space="preserve"> for providing technical support whereve</w:t>
      </w:r>
      <w:r w:rsidR="00CC7DBB">
        <w:rPr>
          <w:b/>
          <w:bCs/>
        </w:rPr>
        <w:t>r he could to keep us connected</w:t>
      </w:r>
      <w:r w:rsidR="00D26C7F" w:rsidRPr="00D26C7F">
        <w:rPr>
          <w:b/>
          <w:bCs/>
        </w:rPr>
        <w:t xml:space="preserve">. </w:t>
      </w:r>
      <w:r w:rsidR="0013486A" w:rsidRPr="00D26C7F">
        <w:rPr>
          <w:b/>
          <w:bCs/>
        </w:rPr>
        <w:t xml:space="preserve"> There were many volunteers</w:t>
      </w:r>
      <w:r w:rsidR="00BF428B" w:rsidRPr="00D26C7F">
        <w:rPr>
          <w:b/>
          <w:bCs/>
        </w:rPr>
        <w:t xml:space="preserve"> throughout the crisis to assist the community.</w:t>
      </w:r>
      <w:r w:rsidR="0034408B" w:rsidRPr="00D26C7F">
        <w:rPr>
          <w:b/>
          <w:bCs/>
        </w:rPr>
        <w:t xml:space="preserve"> Thank you to all who provided food for the fire department and volunteers during the storm cleanup. </w:t>
      </w:r>
      <w:r w:rsidR="00BF428B" w:rsidRPr="00D26C7F">
        <w:rPr>
          <w:b/>
          <w:bCs/>
        </w:rPr>
        <w:t xml:space="preserve">  The Community Room remained open for the town’s people to use f</w:t>
      </w:r>
      <w:r w:rsidR="00A35EBA" w:rsidRPr="00D26C7F">
        <w:rPr>
          <w:b/>
          <w:bCs/>
        </w:rPr>
        <w:t>or charging</w:t>
      </w:r>
      <w:r w:rsidR="00B51797" w:rsidRPr="00D26C7F">
        <w:rPr>
          <w:b/>
          <w:bCs/>
        </w:rPr>
        <w:t xml:space="preserve"> their phones, tablets and other equipment</w:t>
      </w:r>
      <w:r w:rsidR="00D26C7F" w:rsidRPr="00D26C7F">
        <w:rPr>
          <w:b/>
          <w:bCs/>
        </w:rPr>
        <w:t xml:space="preserve">. </w:t>
      </w:r>
      <w:r w:rsidR="00B51797" w:rsidRPr="00D26C7F">
        <w:rPr>
          <w:b/>
          <w:bCs/>
        </w:rPr>
        <w:t xml:space="preserve"> Our second century has been </w:t>
      </w:r>
      <w:r w:rsidR="00D26C7F" w:rsidRPr="00D26C7F">
        <w:rPr>
          <w:b/>
          <w:bCs/>
        </w:rPr>
        <w:t>noteworthy causing</w:t>
      </w:r>
      <w:r w:rsidR="00B51797" w:rsidRPr="00D26C7F">
        <w:rPr>
          <w:b/>
          <w:bCs/>
        </w:rPr>
        <w:t xml:space="preserve"> us to survive without i</w:t>
      </w:r>
      <w:r w:rsidR="00A35EBA" w:rsidRPr="00D26C7F">
        <w:rPr>
          <w:b/>
          <w:bCs/>
        </w:rPr>
        <w:t>nternet</w:t>
      </w:r>
      <w:r w:rsidR="00B51797" w:rsidRPr="00D26C7F">
        <w:rPr>
          <w:b/>
          <w:bCs/>
        </w:rPr>
        <w:t>, television, air conditio</w:t>
      </w:r>
      <w:r w:rsidR="00D26C7F" w:rsidRPr="00D26C7F">
        <w:rPr>
          <w:b/>
          <w:bCs/>
        </w:rPr>
        <w:t xml:space="preserve">ning and even telephone service if we wanted to or not. </w:t>
      </w:r>
      <w:r w:rsidR="00B51797" w:rsidRPr="00D26C7F">
        <w:rPr>
          <w:b/>
          <w:bCs/>
        </w:rPr>
        <w:t xml:space="preserve">We learned that </w:t>
      </w:r>
      <w:r w:rsidR="00D26C7F" w:rsidRPr="00D26C7F">
        <w:rPr>
          <w:b/>
          <w:bCs/>
        </w:rPr>
        <w:t>generators are a good investment as well as satellite service, and that kindness</w:t>
      </w:r>
      <w:r w:rsidR="00CC7DBB">
        <w:rPr>
          <w:b/>
          <w:bCs/>
        </w:rPr>
        <w:t xml:space="preserve">, helping your neighbor </w:t>
      </w:r>
      <w:r w:rsidR="00D26C7F" w:rsidRPr="00D26C7F">
        <w:rPr>
          <w:b/>
          <w:bCs/>
        </w:rPr>
        <w:t xml:space="preserve">and volunteerism is appreciated and rewarding. </w:t>
      </w:r>
      <w:r w:rsidR="00A35EBA" w:rsidRPr="00D26C7F">
        <w:rPr>
          <w:b/>
          <w:bCs/>
        </w:rPr>
        <w:t xml:space="preserve"> Thank you to all who donated money to provide food for NIPSCO crews and the street </w:t>
      </w:r>
      <w:r w:rsidR="00D26C7F" w:rsidRPr="00D26C7F">
        <w:rPr>
          <w:b/>
          <w:bCs/>
        </w:rPr>
        <w:t>and police</w:t>
      </w:r>
      <w:r w:rsidR="00A35EBA" w:rsidRPr="00D26C7F">
        <w:rPr>
          <w:b/>
          <w:bCs/>
        </w:rPr>
        <w:t xml:space="preserve"> department</w:t>
      </w:r>
      <w:r w:rsidR="00D26C7F" w:rsidRPr="00D26C7F">
        <w:rPr>
          <w:b/>
          <w:bCs/>
        </w:rPr>
        <w:t>s and office staff as the cleanup continues.</w:t>
      </w:r>
      <w:r w:rsidR="00CC7DBB">
        <w:rPr>
          <w:b/>
          <w:bCs/>
        </w:rPr>
        <w:t xml:space="preserve">  We are all just a little stronger than we were before and the heart of Ogden Dunes shines a little brighter.  (Maybe less tree cover). </w:t>
      </w:r>
      <w:r w:rsidR="00D26C7F" w:rsidRPr="00D26C7F">
        <w:rPr>
          <w:b/>
          <w:bCs/>
        </w:rPr>
        <w:t xml:space="preserve"> </w:t>
      </w:r>
      <w:r w:rsidR="00A35EBA" w:rsidRPr="00D26C7F">
        <w:rPr>
          <w:b/>
          <w:bCs/>
        </w:rPr>
        <w:t xml:space="preserve"> </w:t>
      </w:r>
    </w:p>
    <w:p w14:paraId="374EA179" w14:textId="77777777" w:rsidR="004D3DD7" w:rsidRDefault="004D3DD7">
      <w:pPr>
        <w:spacing w:after="20"/>
        <w:rPr>
          <w:b/>
          <w:bCs/>
        </w:rPr>
      </w:pPr>
    </w:p>
    <w:p w14:paraId="7D521007" w14:textId="77777777" w:rsidR="004D3DD7" w:rsidRPr="00D26C7F" w:rsidRDefault="004D3DD7">
      <w:pPr>
        <w:spacing w:after="20"/>
        <w:rPr>
          <w:b/>
          <w:bCs/>
        </w:rPr>
      </w:pPr>
    </w:p>
    <w:p w14:paraId="0B07FA67" w14:textId="77777777" w:rsidR="008215DC" w:rsidRDefault="008215DC">
      <w:pPr>
        <w:spacing w:after="20"/>
        <w:rPr>
          <w:b/>
          <w:bCs/>
          <w:sz w:val="20"/>
          <w:szCs w:val="20"/>
        </w:rPr>
      </w:pPr>
    </w:p>
    <w:p w14:paraId="28AB2B42" w14:textId="77777777" w:rsidR="00E529E8" w:rsidRDefault="000036A2" w:rsidP="0047013D">
      <w:pPr>
        <w:spacing w:after="20"/>
        <w:rPr>
          <w:bCs/>
        </w:rPr>
      </w:pPr>
      <w:r w:rsidRPr="00E529E8">
        <w:rPr>
          <w:b/>
          <w:bCs/>
          <w:u w:val="single"/>
        </w:rPr>
        <w:t xml:space="preserve">DEPARTMENT REPORTS              </w:t>
      </w:r>
      <w:r w:rsidR="0047013D" w:rsidRPr="00E529E8">
        <w:rPr>
          <w:b/>
          <w:bCs/>
          <w:u w:val="single"/>
        </w:rPr>
        <w:t xml:space="preserve">           </w:t>
      </w:r>
      <w:r w:rsidRPr="00E529E8">
        <w:rPr>
          <w:b/>
          <w:bCs/>
          <w:u w:val="single"/>
        </w:rPr>
        <w:t>BOARD &amp; COMMITTEE</w:t>
      </w:r>
      <w:r w:rsidR="0047013D" w:rsidRPr="00E529E8">
        <w:rPr>
          <w:b/>
          <w:bCs/>
          <w:u w:val="single"/>
        </w:rPr>
        <w:t xml:space="preserve"> </w:t>
      </w:r>
      <w:r w:rsidR="0047013D" w:rsidRPr="00E529E8">
        <w:rPr>
          <w:bCs/>
        </w:rPr>
        <w:t xml:space="preserve">  </w:t>
      </w:r>
    </w:p>
    <w:p w14:paraId="4A15CDE0" w14:textId="6F5EFFE6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>Police Department                          Access Ogden Dunes               General Code review</w:t>
      </w:r>
    </w:p>
    <w:p w14:paraId="2A8C14D7" w14:textId="66F89B71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>Building Department                      Animal Committee                  Historical Society</w:t>
      </w:r>
    </w:p>
    <w:p w14:paraId="6A703050" w14:textId="042EDF3B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>Street/Water Department             Beach Nourishment               Home Association</w:t>
      </w:r>
    </w:p>
    <w:p w14:paraId="13F1F32D" w14:textId="61100184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 xml:space="preserve">                                                               BZA (Board of Zoning)          Parks &amp; Rec</w:t>
      </w:r>
    </w:p>
    <w:p w14:paraId="09D0D0F4" w14:textId="4D07E886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 xml:space="preserve">                                                           </w:t>
      </w:r>
      <w:r w:rsidR="007922C0" w:rsidRPr="00A35EBA">
        <w:rPr>
          <w:sz w:val="20"/>
          <w:szCs w:val="20"/>
        </w:rPr>
        <w:t xml:space="preserve"> </w:t>
      </w:r>
      <w:r w:rsidRPr="00A35EBA">
        <w:rPr>
          <w:sz w:val="20"/>
          <w:szCs w:val="20"/>
        </w:rPr>
        <w:t xml:space="preserve"> </w:t>
      </w:r>
      <w:r w:rsidR="007922C0" w:rsidRPr="00A35EBA">
        <w:rPr>
          <w:sz w:val="20"/>
          <w:szCs w:val="20"/>
        </w:rPr>
        <w:t xml:space="preserve"> </w:t>
      </w:r>
      <w:r w:rsidRPr="00A35EBA">
        <w:rPr>
          <w:sz w:val="20"/>
          <w:szCs w:val="20"/>
        </w:rPr>
        <w:t xml:space="preserve"> Budget and Finance               Planning Commission</w:t>
      </w:r>
    </w:p>
    <w:p w14:paraId="440AB42E" w14:textId="47C52835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 xml:space="preserve">                                                  </w:t>
      </w:r>
      <w:r w:rsidR="007922C0" w:rsidRPr="00A35EBA">
        <w:rPr>
          <w:sz w:val="20"/>
          <w:szCs w:val="20"/>
        </w:rPr>
        <w:t xml:space="preserve">           </w:t>
      </w:r>
      <w:r w:rsidRPr="00A35EBA">
        <w:rPr>
          <w:sz w:val="20"/>
          <w:szCs w:val="20"/>
        </w:rPr>
        <w:t xml:space="preserve"> </w:t>
      </w:r>
      <w:r w:rsidR="007922C0" w:rsidRPr="00A35EBA">
        <w:rPr>
          <w:sz w:val="20"/>
          <w:szCs w:val="20"/>
        </w:rPr>
        <w:t xml:space="preserve"> </w:t>
      </w:r>
      <w:r w:rsidRPr="00A35EBA">
        <w:rPr>
          <w:sz w:val="20"/>
          <w:szCs w:val="20"/>
        </w:rPr>
        <w:t xml:space="preserve">Community Fund                  </w:t>
      </w:r>
      <w:r w:rsidR="007922C0" w:rsidRPr="00A35EBA">
        <w:rPr>
          <w:sz w:val="20"/>
          <w:szCs w:val="20"/>
        </w:rPr>
        <w:t xml:space="preserve"> </w:t>
      </w:r>
      <w:r w:rsidRPr="00A35EBA">
        <w:rPr>
          <w:sz w:val="20"/>
          <w:szCs w:val="20"/>
        </w:rPr>
        <w:t xml:space="preserve"> Town Beautification  </w:t>
      </w:r>
    </w:p>
    <w:p w14:paraId="69AF1057" w14:textId="6963136A" w:rsidR="0047013D" w:rsidRPr="00A35EBA" w:rsidRDefault="0047013D" w:rsidP="0047013D">
      <w:pPr>
        <w:spacing w:after="0"/>
        <w:rPr>
          <w:sz w:val="20"/>
          <w:szCs w:val="20"/>
        </w:rPr>
      </w:pPr>
      <w:r w:rsidRPr="00A35EBA">
        <w:rPr>
          <w:sz w:val="20"/>
          <w:szCs w:val="20"/>
        </w:rPr>
        <w:t xml:space="preserve">                                                    </w:t>
      </w:r>
      <w:r w:rsidR="007922C0" w:rsidRPr="00A35EBA">
        <w:rPr>
          <w:sz w:val="20"/>
          <w:szCs w:val="20"/>
        </w:rPr>
        <w:t xml:space="preserve">        </w:t>
      </w:r>
      <w:r w:rsidR="004D3DD7">
        <w:rPr>
          <w:sz w:val="20"/>
          <w:szCs w:val="20"/>
        </w:rPr>
        <w:t xml:space="preserve"> </w:t>
      </w:r>
      <w:r w:rsidR="007922C0" w:rsidRPr="00A35EBA">
        <w:rPr>
          <w:sz w:val="20"/>
          <w:szCs w:val="20"/>
        </w:rPr>
        <w:t xml:space="preserve"> </w:t>
      </w:r>
      <w:r w:rsidRPr="00A35EBA">
        <w:rPr>
          <w:sz w:val="20"/>
          <w:szCs w:val="20"/>
        </w:rPr>
        <w:t xml:space="preserve"> Environmental Advisory     </w:t>
      </w:r>
      <w:r w:rsidR="007922C0" w:rsidRPr="00A35EBA">
        <w:rPr>
          <w:sz w:val="20"/>
          <w:szCs w:val="20"/>
        </w:rPr>
        <w:t xml:space="preserve"> </w:t>
      </w:r>
      <w:r w:rsidRPr="00A35EBA">
        <w:rPr>
          <w:sz w:val="20"/>
          <w:szCs w:val="20"/>
        </w:rPr>
        <w:t>Recognition Committee</w:t>
      </w:r>
      <w:r w:rsidR="00194086">
        <w:rPr>
          <w:sz w:val="20"/>
          <w:szCs w:val="20"/>
        </w:rPr>
        <w:t xml:space="preserve"> –</w:t>
      </w:r>
    </w:p>
    <w:p w14:paraId="5B38E5EF" w14:textId="18ECC059" w:rsidR="0047013D" w:rsidRPr="00A35EBA" w:rsidRDefault="0047013D">
      <w:pPr>
        <w:rPr>
          <w:caps/>
          <w:sz w:val="20"/>
          <w:szCs w:val="20"/>
        </w:rPr>
      </w:pPr>
      <w:r w:rsidRPr="00A35EBA">
        <w:rPr>
          <w:caps/>
          <w:sz w:val="20"/>
          <w:szCs w:val="20"/>
        </w:rPr>
        <w:t xml:space="preserve">                                                          </w:t>
      </w:r>
      <w:r w:rsidR="004D3DD7">
        <w:rPr>
          <w:caps/>
          <w:sz w:val="20"/>
          <w:szCs w:val="20"/>
        </w:rPr>
        <w:t xml:space="preserve">  </w:t>
      </w:r>
      <w:r w:rsidRPr="00A35EBA">
        <w:rPr>
          <w:caps/>
          <w:sz w:val="20"/>
          <w:szCs w:val="20"/>
        </w:rPr>
        <w:t xml:space="preserve"> </w:t>
      </w:r>
      <w:r w:rsidR="004D3DD7">
        <w:rPr>
          <w:caps/>
          <w:sz w:val="20"/>
          <w:szCs w:val="20"/>
        </w:rPr>
        <w:t xml:space="preserve"> </w:t>
      </w:r>
      <w:bookmarkStart w:id="0" w:name="_GoBack"/>
      <w:bookmarkEnd w:id="0"/>
      <w:r w:rsidRPr="00A35EBA">
        <w:rPr>
          <w:caps/>
          <w:sz w:val="20"/>
          <w:szCs w:val="20"/>
        </w:rPr>
        <w:t xml:space="preserve"> Women’</w:t>
      </w:r>
      <w:r w:rsidR="00F529D0" w:rsidRPr="00A35EBA">
        <w:rPr>
          <w:caps/>
          <w:sz w:val="20"/>
          <w:szCs w:val="20"/>
        </w:rPr>
        <w:t>s Club</w:t>
      </w:r>
    </w:p>
    <w:p w14:paraId="4542A4F7" w14:textId="77777777" w:rsidR="004D3DD7" w:rsidRDefault="004D3DD7" w:rsidP="0047013D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28BF7997" w14:textId="77777777" w:rsidR="004D3DD7" w:rsidRDefault="004D3DD7" w:rsidP="0047013D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54A851DF" w14:textId="77777777" w:rsidR="004D3DD7" w:rsidRDefault="004D3DD7" w:rsidP="0047013D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5859C4CE" w14:textId="77777777" w:rsidR="004D3DD7" w:rsidRDefault="004D3DD7" w:rsidP="0047013D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06E00927" w14:textId="77777777" w:rsidR="004D3DD7" w:rsidRDefault="004D3DD7" w:rsidP="0047013D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17635C58" w14:textId="27987829" w:rsidR="00114496" w:rsidRDefault="004D3DD7" w:rsidP="0047013D">
      <w:pPr>
        <w:spacing w:after="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O</w:t>
      </w:r>
      <w:r w:rsidR="00E71C50">
        <w:rPr>
          <w:rFonts w:ascii="Arial" w:eastAsia="Arial" w:hAnsi="Arial"/>
          <w:b/>
          <w:sz w:val="20"/>
          <w:szCs w:val="20"/>
        </w:rPr>
        <w:t>LD BUSINE</w:t>
      </w:r>
      <w:r w:rsidR="00B24161" w:rsidRPr="00414965">
        <w:rPr>
          <w:rFonts w:ascii="Arial" w:eastAsia="Arial" w:hAnsi="Arial"/>
          <w:b/>
          <w:sz w:val="20"/>
          <w:szCs w:val="20"/>
        </w:rPr>
        <w:t>SS</w:t>
      </w:r>
    </w:p>
    <w:p w14:paraId="5BFD55B9" w14:textId="77777777" w:rsidR="00D26C7F" w:rsidRDefault="00D26C7F" w:rsidP="0047013D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4CB7472E" w14:textId="37C10026" w:rsidR="007C7064" w:rsidRDefault="007C7064" w:rsidP="007C7064">
      <w:pPr>
        <w:pStyle w:val="ListParagraph"/>
        <w:numPr>
          <w:ilvl w:val="0"/>
          <w:numId w:val="20"/>
        </w:numPr>
        <w:spacing w:after="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Street Paving Project – John, Mike</w:t>
      </w:r>
    </w:p>
    <w:p w14:paraId="1666E4D2" w14:textId="56410E86" w:rsidR="007C7064" w:rsidRDefault="007C7064" w:rsidP="007C7064">
      <w:pPr>
        <w:pStyle w:val="ListParagraph"/>
        <w:numPr>
          <w:ilvl w:val="0"/>
          <w:numId w:val="20"/>
        </w:numPr>
        <w:spacing w:after="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Storm update – Mike, Jeremy</w:t>
      </w:r>
    </w:p>
    <w:p w14:paraId="59269D35" w14:textId="77777777" w:rsidR="00A35EBA" w:rsidRDefault="007C7064" w:rsidP="007C7064">
      <w:pPr>
        <w:pStyle w:val="ListParagraph"/>
        <w:numPr>
          <w:ilvl w:val="0"/>
          <w:numId w:val="20"/>
        </w:numPr>
        <w:spacing w:after="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Central Beach Project</w:t>
      </w:r>
    </w:p>
    <w:p w14:paraId="71AC88CB" w14:textId="77777777" w:rsidR="00A35EBA" w:rsidRDefault="00A35EBA" w:rsidP="007C7064">
      <w:pPr>
        <w:pStyle w:val="ListParagraph"/>
        <w:numPr>
          <w:ilvl w:val="0"/>
          <w:numId w:val="20"/>
        </w:numPr>
        <w:spacing w:after="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Need  for tree removal</w:t>
      </w:r>
    </w:p>
    <w:p w14:paraId="343A0703" w14:textId="4ABDDE2A" w:rsidR="007C7064" w:rsidRDefault="00A35EBA" w:rsidP="007C7064">
      <w:pPr>
        <w:pStyle w:val="ListParagraph"/>
        <w:numPr>
          <w:ilvl w:val="0"/>
          <w:numId w:val="20"/>
        </w:numPr>
        <w:spacing w:after="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Mailbox update- Insurance filed and approved, construction has begun</w:t>
      </w:r>
      <w:r w:rsidR="007C7064">
        <w:rPr>
          <w:rFonts w:ascii="Arial" w:eastAsia="Arial" w:hAnsi="Arial"/>
          <w:b/>
          <w:sz w:val="20"/>
          <w:szCs w:val="20"/>
        </w:rPr>
        <w:t xml:space="preserve"> </w:t>
      </w:r>
    </w:p>
    <w:p w14:paraId="04916085" w14:textId="77777777" w:rsidR="00723A74" w:rsidRPr="007922C0" w:rsidRDefault="00723A74" w:rsidP="006758B1">
      <w:pPr>
        <w:spacing w:after="0"/>
        <w:rPr>
          <w:rFonts w:ascii="Arial" w:eastAsia="Arial" w:hAnsi="Arial"/>
          <w:b/>
          <w:sz w:val="24"/>
          <w:szCs w:val="24"/>
        </w:rPr>
      </w:pPr>
    </w:p>
    <w:p w14:paraId="4C4B84B0" w14:textId="77777777" w:rsidR="00CC7DBB" w:rsidRDefault="00B24161">
      <w:pPr>
        <w:spacing w:after="40"/>
        <w:rPr>
          <w:rFonts w:ascii="Arial" w:eastAsia="Arial" w:hAnsi="Arial"/>
          <w:b/>
          <w:sz w:val="24"/>
          <w:szCs w:val="24"/>
        </w:rPr>
      </w:pPr>
      <w:r w:rsidRPr="007922C0">
        <w:rPr>
          <w:rFonts w:ascii="Arial" w:eastAsia="Arial" w:hAnsi="Arial"/>
          <w:b/>
          <w:sz w:val="24"/>
          <w:szCs w:val="24"/>
        </w:rPr>
        <w:t>NEW BUSINESS</w:t>
      </w:r>
    </w:p>
    <w:p w14:paraId="31E32F28" w14:textId="082E44DC" w:rsidR="00E529E8" w:rsidRDefault="007C7064">
      <w:pPr>
        <w:spacing w:after="40"/>
        <w:rPr>
          <w:rFonts w:ascii="Arial" w:eastAsia="Arial" w:hAnsi="Arial"/>
          <w:b/>
          <w:sz w:val="24"/>
          <w:szCs w:val="24"/>
        </w:rPr>
      </w:pPr>
      <w:r>
        <w:rPr>
          <w:rFonts w:ascii="Arial" w:eastAsia="Arial" w:hAnsi="Arial"/>
          <w:b/>
          <w:sz w:val="24"/>
          <w:szCs w:val="24"/>
        </w:rPr>
        <w:t xml:space="preserve"> </w:t>
      </w:r>
    </w:p>
    <w:p w14:paraId="38FDB651" w14:textId="7C3A9089" w:rsidR="00A35EBA" w:rsidRPr="00A35EBA" w:rsidRDefault="00A35EBA" w:rsidP="00A35EBA">
      <w:pPr>
        <w:pStyle w:val="ListParagraph"/>
        <w:numPr>
          <w:ilvl w:val="0"/>
          <w:numId w:val="22"/>
        </w:numPr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 xml:space="preserve">Budget </w:t>
      </w:r>
      <w:r w:rsidR="00386172">
        <w:rPr>
          <w:rFonts w:ascii="Arial" w:eastAsia="Arial" w:hAnsi="Arial"/>
          <w:b/>
          <w:sz w:val="20"/>
          <w:szCs w:val="20"/>
        </w:rPr>
        <w:t>hearing - October 5</w:t>
      </w:r>
    </w:p>
    <w:p w14:paraId="065B2CF1" w14:textId="45741947" w:rsidR="00A35EBA" w:rsidRPr="00A35EBA" w:rsidRDefault="00194086" w:rsidP="00A35EBA">
      <w:pPr>
        <w:pStyle w:val="ListParagraph"/>
        <w:numPr>
          <w:ilvl w:val="0"/>
          <w:numId w:val="22"/>
        </w:numPr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State Insurance refund arrived</w:t>
      </w:r>
    </w:p>
    <w:p w14:paraId="682F1355" w14:textId="36D0408F" w:rsidR="00A35EBA" w:rsidRDefault="00194086" w:rsidP="007C7064">
      <w:pPr>
        <w:pStyle w:val="ListParagraph"/>
        <w:numPr>
          <w:ilvl w:val="0"/>
          <w:numId w:val="22"/>
        </w:numPr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Dredge update</w:t>
      </w:r>
    </w:p>
    <w:p w14:paraId="1FA78C73" w14:textId="258B5959" w:rsidR="0039659F" w:rsidRDefault="00194086" w:rsidP="007C7064">
      <w:pPr>
        <w:pStyle w:val="ListParagraph"/>
        <w:numPr>
          <w:ilvl w:val="0"/>
          <w:numId w:val="22"/>
        </w:numPr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FEMA – meeting set for 9-16 regarding</w:t>
      </w:r>
      <w:r w:rsidR="00A35EBA">
        <w:rPr>
          <w:rFonts w:ascii="Arial" w:eastAsia="Arial" w:hAnsi="Arial"/>
          <w:b/>
          <w:sz w:val="20"/>
          <w:szCs w:val="20"/>
        </w:rPr>
        <w:t xml:space="preserve"> Derecho</w:t>
      </w:r>
      <w:r>
        <w:rPr>
          <w:rFonts w:ascii="Arial" w:eastAsia="Arial" w:hAnsi="Arial"/>
          <w:b/>
          <w:sz w:val="20"/>
          <w:szCs w:val="20"/>
        </w:rPr>
        <w:t xml:space="preserve"> fund recovery</w:t>
      </w:r>
    </w:p>
    <w:p w14:paraId="3A2B1545" w14:textId="77777777" w:rsidR="00CC7DBB" w:rsidRDefault="00CC7DBB" w:rsidP="00F529D0">
      <w:pPr>
        <w:pStyle w:val="ListParagraph"/>
        <w:spacing w:after="0"/>
        <w:rPr>
          <w:rFonts w:ascii="Arial" w:eastAsia="Arial" w:hAnsi="Arial"/>
          <w:b/>
          <w:sz w:val="24"/>
          <w:szCs w:val="24"/>
        </w:rPr>
      </w:pPr>
    </w:p>
    <w:p w14:paraId="21DBBA28" w14:textId="77777777" w:rsidR="00CC7DBB" w:rsidRDefault="00CC7DBB" w:rsidP="00F529D0">
      <w:pPr>
        <w:pStyle w:val="ListParagraph"/>
        <w:spacing w:after="0"/>
        <w:rPr>
          <w:rFonts w:ascii="Arial" w:eastAsia="Arial" w:hAnsi="Arial"/>
          <w:b/>
          <w:sz w:val="24"/>
          <w:szCs w:val="24"/>
        </w:rPr>
      </w:pPr>
    </w:p>
    <w:p w14:paraId="05814BF4" w14:textId="77777777" w:rsidR="00CC7DBB" w:rsidRDefault="00CC7DBB" w:rsidP="00F529D0">
      <w:pPr>
        <w:pStyle w:val="ListParagraph"/>
        <w:spacing w:after="0"/>
        <w:rPr>
          <w:rFonts w:ascii="Arial" w:eastAsia="Arial" w:hAnsi="Arial"/>
          <w:b/>
          <w:sz w:val="24"/>
          <w:szCs w:val="24"/>
        </w:rPr>
      </w:pPr>
    </w:p>
    <w:p w14:paraId="6B7EEF06" w14:textId="20443E2E" w:rsidR="00414965" w:rsidRPr="007922C0" w:rsidRDefault="00A35EBA" w:rsidP="00F529D0">
      <w:pPr>
        <w:pStyle w:val="ListParagraph"/>
        <w:spacing w:after="0"/>
        <w:rPr>
          <w:rFonts w:ascii="Arial" w:eastAsia="Arial" w:hAnsi="Arial"/>
          <w:b/>
          <w:sz w:val="24"/>
          <w:szCs w:val="24"/>
        </w:rPr>
      </w:pPr>
      <w:r>
        <w:rPr>
          <w:rFonts w:ascii="Arial" w:eastAsia="Arial" w:hAnsi="Arial"/>
          <w:b/>
          <w:sz w:val="24"/>
          <w:szCs w:val="24"/>
        </w:rPr>
        <w:t>R</w:t>
      </w:r>
      <w:r w:rsidR="00F529D0" w:rsidRPr="007922C0">
        <w:rPr>
          <w:rFonts w:ascii="Arial" w:eastAsia="Arial" w:hAnsi="Arial"/>
          <w:b/>
          <w:sz w:val="24"/>
          <w:szCs w:val="24"/>
        </w:rPr>
        <w:t>ESIDENT REMARKS             COUNCIL REMARKS             MOTION TO ADJOURN</w:t>
      </w:r>
    </w:p>
    <w:sectPr w:rsidR="00414965" w:rsidRPr="007922C0" w:rsidSect="006758B1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02AAE"/>
    <w:multiLevelType w:val="hybridMultilevel"/>
    <w:tmpl w:val="CE728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A5DE9"/>
    <w:multiLevelType w:val="hybridMultilevel"/>
    <w:tmpl w:val="62F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35814"/>
    <w:multiLevelType w:val="hybridMultilevel"/>
    <w:tmpl w:val="800A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52300"/>
    <w:multiLevelType w:val="hybridMultilevel"/>
    <w:tmpl w:val="9BD84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570E4"/>
    <w:multiLevelType w:val="hybridMultilevel"/>
    <w:tmpl w:val="3918B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31CF9"/>
    <w:multiLevelType w:val="hybridMultilevel"/>
    <w:tmpl w:val="7BACF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510D27"/>
    <w:multiLevelType w:val="hybridMultilevel"/>
    <w:tmpl w:val="6376FAC6"/>
    <w:lvl w:ilvl="0" w:tplc="E116AA14">
      <w:numFmt w:val="bullet"/>
      <w:lvlText w:val="-"/>
      <w:lvlJc w:val="left"/>
      <w:pPr>
        <w:ind w:left="52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6" w15:restartNumberingAfterBreak="0">
    <w:nsid w:val="65A36360"/>
    <w:multiLevelType w:val="hybridMultilevel"/>
    <w:tmpl w:val="9252F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A6ED0"/>
    <w:multiLevelType w:val="hybridMultilevel"/>
    <w:tmpl w:val="DE4C8B2E"/>
    <w:lvl w:ilvl="0" w:tplc="38EE57AC">
      <w:numFmt w:val="bullet"/>
      <w:lvlText w:val="-"/>
      <w:lvlJc w:val="left"/>
      <w:pPr>
        <w:ind w:left="52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8" w15:restartNumberingAfterBreak="0">
    <w:nsid w:val="6F206085"/>
    <w:multiLevelType w:val="hybridMultilevel"/>
    <w:tmpl w:val="12489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78762A"/>
    <w:multiLevelType w:val="hybridMultilevel"/>
    <w:tmpl w:val="2E643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C6DF8"/>
    <w:multiLevelType w:val="hybridMultilevel"/>
    <w:tmpl w:val="B0BCA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E05DC5"/>
    <w:multiLevelType w:val="hybridMultilevel"/>
    <w:tmpl w:val="413ACD78"/>
    <w:lvl w:ilvl="0" w:tplc="04090003">
      <w:start w:val="1"/>
      <w:numFmt w:val="bullet"/>
      <w:lvlText w:val="o"/>
      <w:lvlJc w:val="left"/>
      <w:pPr>
        <w:ind w:left="8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5"/>
  </w:num>
  <w:num w:numId="12">
    <w:abstractNumId w:val="21"/>
  </w:num>
  <w:num w:numId="13">
    <w:abstractNumId w:val="17"/>
  </w:num>
  <w:num w:numId="14">
    <w:abstractNumId w:val="13"/>
  </w:num>
  <w:num w:numId="15">
    <w:abstractNumId w:val="18"/>
  </w:num>
  <w:num w:numId="16">
    <w:abstractNumId w:val="11"/>
  </w:num>
  <w:num w:numId="17">
    <w:abstractNumId w:val="10"/>
  </w:num>
  <w:num w:numId="18">
    <w:abstractNumId w:val="12"/>
  </w:num>
  <w:num w:numId="19">
    <w:abstractNumId w:val="16"/>
  </w:num>
  <w:num w:numId="20">
    <w:abstractNumId w:val="9"/>
  </w:num>
  <w:num w:numId="21">
    <w:abstractNumId w:val="1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36A2"/>
    <w:rsid w:val="00034616"/>
    <w:rsid w:val="0006063C"/>
    <w:rsid w:val="000729C5"/>
    <w:rsid w:val="000B118A"/>
    <w:rsid w:val="00114496"/>
    <w:rsid w:val="00127AC5"/>
    <w:rsid w:val="0013486A"/>
    <w:rsid w:val="0015074B"/>
    <w:rsid w:val="001740D0"/>
    <w:rsid w:val="001931E4"/>
    <w:rsid w:val="00194086"/>
    <w:rsid w:val="001C276D"/>
    <w:rsid w:val="001D3E05"/>
    <w:rsid w:val="001F2D80"/>
    <w:rsid w:val="00250A36"/>
    <w:rsid w:val="00292AAC"/>
    <w:rsid w:val="0029639D"/>
    <w:rsid w:val="002A6FD9"/>
    <w:rsid w:val="00326F90"/>
    <w:rsid w:val="0034408B"/>
    <w:rsid w:val="00386172"/>
    <w:rsid w:val="0039659F"/>
    <w:rsid w:val="00414965"/>
    <w:rsid w:val="00461FDA"/>
    <w:rsid w:val="0047013D"/>
    <w:rsid w:val="004B79C6"/>
    <w:rsid w:val="004D3DD7"/>
    <w:rsid w:val="00615049"/>
    <w:rsid w:val="00645754"/>
    <w:rsid w:val="006758B1"/>
    <w:rsid w:val="00723A74"/>
    <w:rsid w:val="00772234"/>
    <w:rsid w:val="007922C0"/>
    <w:rsid w:val="007C7064"/>
    <w:rsid w:val="007D65EC"/>
    <w:rsid w:val="008215DC"/>
    <w:rsid w:val="00857737"/>
    <w:rsid w:val="008D65C6"/>
    <w:rsid w:val="00954C12"/>
    <w:rsid w:val="00983981"/>
    <w:rsid w:val="009C59FF"/>
    <w:rsid w:val="009E78CD"/>
    <w:rsid w:val="00A21E9D"/>
    <w:rsid w:val="00A35EBA"/>
    <w:rsid w:val="00AA1D8D"/>
    <w:rsid w:val="00AF0A60"/>
    <w:rsid w:val="00B24161"/>
    <w:rsid w:val="00B47730"/>
    <w:rsid w:val="00B51797"/>
    <w:rsid w:val="00BE746E"/>
    <w:rsid w:val="00BF428B"/>
    <w:rsid w:val="00C66C00"/>
    <w:rsid w:val="00CB0664"/>
    <w:rsid w:val="00CC7DBB"/>
    <w:rsid w:val="00D26C7F"/>
    <w:rsid w:val="00DD5BFF"/>
    <w:rsid w:val="00E529E8"/>
    <w:rsid w:val="00E71C50"/>
    <w:rsid w:val="00EF3FE6"/>
    <w:rsid w:val="00F25F13"/>
    <w:rsid w:val="00F529D0"/>
    <w:rsid w:val="00F946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8DC5BE"/>
  <w14:defaultImageDpi w14:val="300"/>
  <w15:docId w15:val="{0F8CF74D-7129-483B-9015-87E134FA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57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E72BAD-166D-4394-8734-5CD87F91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6</cp:revision>
  <cp:lastPrinted>2026-02-07T23:05:00Z</cp:lastPrinted>
  <dcterms:created xsi:type="dcterms:W3CDTF">2026-09-12T20:04:00Z</dcterms:created>
  <dcterms:modified xsi:type="dcterms:W3CDTF">2026-09-14T18:45:00Z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-175809640</vt:i4>
  </property>
</Properties>
</file>