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656D0" w14:textId="17B46DBD" w:rsidR="00114496" w:rsidRDefault="00EF3FE6" w:rsidP="00EF3FE6">
      <w:pPr>
        <w:jc w:val="center"/>
      </w:pPr>
      <w:r>
        <w:rPr>
          <w:noProof/>
        </w:rPr>
        <w:drawing>
          <wp:inline distT="0" distB="0" distL="0" distR="0" wp14:anchorId="7FE2BAA2" wp14:editId="66344627">
            <wp:extent cx="4180554" cy="1192530"/>
            <wp:effectExtent l="0" t="0" r="0" b="7620"/>
            <wp:docPr id="1227727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727412" name="Picture 12277274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33998" cy="120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D3983" w14:textId="77777777" w:rsidR="00114496" w:rsidRPr="00EF3FE6" w:rsidRDefault="00B24161">
      <w:pPr>
        <w:spacing w:after="40"/>
        <w:jc w:val="center"/>
        <w:rPr>
          <w:color w:val="EE0000"/>
        </w:rPr>
      </w:pPr>
      <w:r w:rsidRPr="00EF3FE6">
        <w:rPr>
          <w:rFonts w:ascii="Arial" w:eastAsia="Arial" w:hAnsi="Arial"/>
          <w:b/>
          <w:color w:val="EE0000"/>
          <w:sz w:val="32"/>
        </w:rPr>
        <w:t>AGENDA</w:t>
      </w:r>
    </w:p>
    <w:p w14:paraId="20D4292A" w14:textId="15AE4194" w:rsidR="00114496" w:rsidRDefault="00B24161">
      <w:pPr>
        <w:spacing w:after="20"/>
        <w:jc w:val="center"/>
        <w:rPr>
          <w:rFonts w:ascii="Arial" w:eastAsia="Arial" w:hAnsi="Arial"/>
          <w:b/>
          <w:bCs/>
          <w:sz w:val="24"/>
        </w:rPr>
      </w:pPr>
      <w:r w:rsidRPr="00EF3FE6">
        <w:rPr>
          <w:rFonts w:ascii="Arial" w:eastAsia="Arial" w:hAnsi="Arial"/>
          <w:b/>
          <w:bCs/>
          <w:sz w:val="24"/>
        </w:rPr>
        <w:t>OGDEN DUNES TOWN COUNCIL MEETING</w:t>
      </w:r>
    </w:p>
    <w:p w14:paraId="3316EEA3" w14:textId="4CC50CF2" w:rsidR="00E0404C" w:rsidRDefault="00E0404C">
      <w:pPr>
        <w:spacing w:after="20"/>
        <w:jc w:val="center"/>
        <w:rPr>
          <w:rFonts w:ascii="Arial" w:eastAsia="Arial" w:hAnsi="Arial"/>
          <w:b/>
          <w:bCs/>
          <w:sz w:val="24"/>
        </w:rPr>
      </w:pPr>
      <w:r>
        <w:rPr>
          <w:rFonts w:ascii="Arial" w:eastAsia="Arial" w:hAnsi="Arial"/>
          <w:b/>
          <w:bCs/>
          <w:sz w:val="24"/>
        </w:rPr>
        <w:t>August 3,</w:t>
      </w:r>
      <w:r w:rsidR="003576E4">
        <w:rPr>
          <w:rFonts w:ascii="Arial" w:eastAsia="Arial" w:hAnsi="Arial"/>
          <w:b/>
          <w:bCs/>
          <w:sz w:val="24"/>
        </w:rPr>
        <w:t xml:space="preserve"> </w:t>
      </w:r>
      <w:r>
        <w:rPr>
          <w:rFonts w:ascii="Arial" w:eastAsia="Arial" w:hAnsi="Arial"/>
          <w:b/>
          <w:bCs/>
          <w:sz w:val="24"/>
        </w:rPr>
        <w:t xml:space="preserve">2025, 7:00 p.m. Cheryl Tarpo Community </w:t>
      </w:r>
      <w:proofErr w:type="spellStart"/>
      <w:r w:rsidR="007E14AC">
        <w:rPr>
          <w:rFonts w:ascii="Arial" w:eastAsia="Arial" w:hAnsi="Arial"/>
          <w:b/>
          <w:bCs/>
          <w:sz w:val="24"/>
        </w:rPr>
        <w:t>Eoom</w:t>
      </w:r>
      <w:proofErr w:type="spellEnd"/>
    </w:p>
    <w:p w14:paraId="17A1A303" w14:textId="77777777" w:rsidR="00EF3FE6" w:rsidRDefault="00EF3FE6">
      <w:pPr>
        <w:spacing w:after="20"/>
        <w:rPr>
          <w:rFonts w:ascii="Arial" w:eastAsia="Arial" w:hAnsi="Arial"/>
        </w:rPr>
      </w:pPr>
    </w:p>
    <w:p w14:paraId="4393A9D9" w14:textId="0F039617" w:rsidR="00114496" w:rsidRPr="00414965" w:rsidRDefault="00B24161">
      <w:pPr>
        <w:spacing w:after="20"/>
        <w:rPr>
          <w:b/>
          <w:bCs/>
          <w:sz w:val="20"/>
          <w:szCs w:val="20"/>
        </w:rPr>
      </w:pPr>
      <w:r w:rsidRPr="00414965">
        <w:rPr>
          <w:rFonts w:ascii="Arial" w:eastAsia="Arial" w:hAnsi="Arial"/>
          <w:b/>
          <w:bCs/>
          <w:sz w:val="20"/>
          <w:szCs w:val="20"/>
        </w:rPr>
        <w:t>Call to order</w:t>
      </w:r>
    </w:p>
    <w:p w14:paraId="12E7BA15" w14:textId="77777777" w:rsidR="00114496" w:rsidRPr="00414965" w:rsidRDefault="00B24161">
      <w:pPr>
        <w:spacing w:after="20"/>
        <w:rPr>
          <w:b/>
          <w:bCs/>
          <w:sz w:val="20"/>
          <w:szCs w:val="20"/>
        </w:rPr>
      </w:pPr>
      <w:r w:rsidRPr="00414965">
        <w:rPr>
          <w:rFonts w:ascii="Arial" w:eastAsia="Arial" w:hAnsi="Arial"/>
          <w:b/>
          <w:bCs/>
          <w:sz w:val="20"/>
          <w:szCs w:val="20"/>
        </w:rPr>
        <w:t>Pledge of Allegiance</w:t>
      </w:r>
    </w:p>
    <w:p w14:paraId="5EDA7FB5" w14:textId="77777777" w:rsidR="00114496" w:rsidRPr="00414965" w:rsidRDefault="00B24161">
      <w:pPr>
        <w:spacing w:after="20"/>
        <w:rPr>
          <w:b/>
          <w:bCs/>
          <w:sz w:val="20"/>
          <w:szCs w:val="20"/>
        </w:rPr>
      </w:pPr>
      <w:r w:rsidRPr="00414965">
        <w:rPr>
          <w:rFonts w:ascii="Arial" w:eastAsia="Arial" w:hAnsi="Arial"/>
          <w:b/>
          <w:bCs/>
          <w:sz w:val="20"/>
          <w:szCs w:val="20"/>
        </w:rPr>
        <w:t>Roll Call</w:t>
      </w:r>
    </w:p>
    <w:p w14:paraId="7F6238EA" w14:textId="77777777" w:rsidR="00114496" w:rsidRDefault="00114496">
      <w:pPr>
        <w:spacing w:after="20"/>
        <w:rPr>
          <w:b/>
          <w:bCs/>
          <w:sz w:val="20"/>
          <w:szCs w:val="20"/>
        </w:rPr>
      </w:pPr>
    </w:p>
    <w:p w14:paraId="3F6B2457" w14:textId="392CF6C8" w:rsidR="000036A2" w:rsidRDefault="000036A2">
      <w:pPr>
        <w:spacing w:after="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Approval of town meeting minutes</w:t>
      </w:r>
    </w:p>
    <w:p w14:paraId="2F22A60C" w14:textId="0BA65F1B" w:rsidR="000036A2" w:rsidRDefault="00723A74">
      <w:pPr>
        <w:spacing w:after="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</w:t>
      </w:r>
      <w:r w:rsidR="000036A2">
        <w:rPr>
          <w:b/>
          <w:bCs/>
          <w:sz w:val="20"/>
          <w:szCs w:val="20"/>
        </w:rPr>
        <w:t>pproval of claims</w:t>
      </w:r>
    </w:p>
    <w:p w14:paraId="5D8323F9" w14:textId="77777777" w:rsidR="008215DC" w:rsidRDefault="008215DC">
      <w:pPr>
        <w:spacing w:after="20"/>
        <w:rPr>
          <w:b/>
          <w:bCs/>
          <w:sz w:val="20"/>
          <w:szCs w:val="20"/>
        </w:rPr>
      </w:pPr>
    </w:p>
    <w:p w14:paraId="0B07FA67" w14:textId="77777777" w:rsidR="008215DC" w:rsidRDefault="008215DC">
      <w:pPr>
        <w:spacing w:after="20"/>
        <w:rPr>
          <w:b/>
          <w:bCs/>
          <w:sz w:val="20"/>
          <w:szCs w:val="20"/>
        </w:rPr>
      </w:pPr>
    </w:p>
    <w:p w14:paraId="28AB2B42" w14:textId="77777777" w:rsidR="00E529E8" w:rsidRDefault="000036A2" w:rsidP="0047013D">
      <w:pPr>
        <w:spacing w:after="20"/>
        <w:rPr>
          <w:bCs/>
        </w:rPr>
      </w:pPr>
      <w:r w:rsidRPr="00E529E8">
        <w:rPr>
          <w:b/>
          <w:bCs/>
          <w:u w:val="single"/>
        </w:rPr>
        <w:t xml:space="preserve">DEPARTMENT REPORTS              </w:t>
      </w:r>
      <w:r w:rsidR="0047013D" w:rsidRPr="00E529E8">
        <w:rPr>
          <w:b/>
          <w:bCs/>
          <w:u w:val="single"/>
        </w:rPr>
        <w:t xml:space="preserve">           </w:t>
      </w:r>
      <w:r w:rsidRPr="00E529E8">
        <w:rPr>
          <w:b/>
          <w:bCs/>
          <w:u w:val="single"/>
        </w:rPr>
        <w:t>BOARD &amp; COMMITTEE</w:t>
      </w:r>
      <w:r w:rsidR="0047013D" w:rsidRPr="00E529E8">
        <w:rPr>
          <w:b/>
          <w:bCs/>
          <w:u w:val="single"/>
        </w:rPr>
        <w:t xml:space="preserve"> </w:t>
      </w:r>
      <w:r w:rsidR="0047013D" w:rsidRPr="00E529E8">
        <w:rPr>
          <w:bCs/>
        </w:rPr>
        <w:t xml:space="preserve">  </w:t>
      </w:r>
    </w:p>
    <w:p w14:paraId="375C3A07" w14:textId="49A74A88" w:rsidR="0047013D" w:rsidRPr="00E529E8" w:rsidRDefault="0047013D" w:rsidP="0047013D">
      <w:pPr>
        <w:spacing w:after="20"/>
      </w:pPr>
      <w:r w:rsidRPr="00E529E8">
        <w:rPr>
          <w:bCs/>
        </w:rPr>
        <w:t xml:space="preserve">                                                                                    </w:t>
      </w:r>
    </w:p>
    <w:p w14:paraId="4A15CDE0" w14:textId="6F5EFFE6" w:rsidR="0047013D" w:rsidRPr="00E529E8" w:rsidRDefault="0047013D" w:rsidP="0047013D">
      <w:pPr>
        <w:spacing w:after="0"/>
      </w:pPr>
      <w:r w:rsidRPr="00E529E8">
        <w:t>Police Department                          Access Ogden Dunes               General Code review</w:t>
      </w:r>
    </w:p>
    <w:p w14:paraId="2A8C14D7" w14:textId="66F89B71" w:rsidR="0047013D" w:rsidRPr="00E529E8" w:rsidRDefault="0047013D" w:rsidP="0047013D">
      <w:pPr>
        <w:spacing w:after="0"/>
      </w:pPr>
      <w:r w:rsidRPr="00E529E8">
        <w:t>Building Department                      Animal Committee                  Historical Society</w:t>
      </w:r>
    </w:p>
    <w:p w14:paraId="6A703050" w14:textId="042EDF3B" w:rsidR="0047013D" w:rsidRPr="00E529E8" w:rsidRDefault="0047013D" w:rsidP="0047013D">
      <w:pPr>
        <w:spacing w:after="0"/>
      </w:pPr>
      <w:r w:rsidRPr="00E529E8">
        <w:t>Street/Water Department             Beach Nourishment               Home Association</w:t>
      </w:r>
    </w:p>
    <w:p w14:paraId="13F1F32D" w14:textId="61100184" w:rsidR="0047013D" w:rsidRPr="00E529E8" w:rsidRDefault="0047013D" w:rsidP="0047013D">
      <w:pPr>
        <w:spacing w:after="0"/>
      </w:pPr>
      <w:r w:rsidRPr="00E529E8">
        <w:t xml:space="preserve">                                                               BZA (Board of Zoning)          Parks &amp; Rec</w:t>
      </w:r>
    </w:p>
    <w:p w14:paraId="09D0D0F4" w14:textId="4D07E886" w:rsidR="0047013D" w:rsidRPr="00E529E8" w:rsidRDefault="0047013D" w:rsidP="0047013D">
      <w:pPr>
        <w:spacing w:after="0"/>
      </w:pPr>
      <w:r w:rsidRPr="00E529E8">
        <w:t xml:space="preserve">                                                           </w:t>
      </w:r>
      <w:r w:rsidR="007922C0" w:rsidRPr="00E529E8">
        <w:t xml:space="preserve"> </w:t>
      </w:r>
      <w:r w:rsidRPr="00E529E8">
        <w:t xml:space="preserve"> </w:t>
      </w:r>
      <w:r w:rsidR="007922C0" w:rsidRPr="00E529E8">
        <w:t xml:space="preserve"> </w:t>
      </w:r>
      <w:r w:rsidRPr="00E529E8">
        <w:t xml:space="preserve"> Budget and Finance               Planning Commission</w:t>
      </w:r>
    </w:p>
    <w:p w14:paraId="440AB42E" w14:textId="47C52835" w:rsidR="0047013D" w:rsidRPr="00E529E8" w:rsidRDefault="0047013D" w:rsidP="0047013D">
      <w:pPr>
        <w:spacing w:after="0"/>
      </w:pPr>
      <w:r w:rsidRPr="00E529E8">
        <w:t xml:space="preserve">                                                  </w:t>
      </w:r>
      <w:r w:rsidR="007922C0" w:rsidRPr="00E529E8">
        <w:t xml:space="preserve">           </w:t>
      </w:r>
      <w:r w:rsidRPr="00E529E8">
        <w:t xml:space="preserve"> </w:t>
      </w:r>
      <w:r w:rsidR="007922C0" w:rsidRPr="00E529E8">
        <w:t xml:space="preserve"> </w:t>
      </w:r>
      <w:r w:rsidRPr="00E529E8">
        <w:t xml:space="preserve">Community Fund                  </w:t>
      </w:r>
      <w:r w:rsidR="007922C0" w:rsidRPr="00E529E8">
        <w:t xml:space="preserve"> </w:t>
      </w:r>
      <w:r w:rsidRPr="00E529E8">
        <w:t xml:space="preserve"> Town Beautification  </w:t>
      </w:r>
    </w:p>
    <w:p w14:paraId="69AF1057" w14:textId="71A46333" w:rsidR="0047013D" w:rsidRPr="00E529E8" w:rsidRDefault="0047013D" w:rsidP="0047013D">
      <w:pPr>
        <w:spacing w:after="0"/>
      </w:pPr>
      <w:r w:rsidRPr="00E529E8">
        <w:t xml:space="preserve">                                                     </w:t>
      </w:r>
      <w:r w:rsidR="007922C0" w:rsidRPr="00E529E8">
        <w:t xml:space="preserve">         </w:t>
      </w:r>
      <w:r w:rsidRPr="00E529E8">
        <w:t xml:space="preserve"> Environmental Advisory     </w:t>
      </w:r>
      <w:r w:rsidR="007922C0" w:rsidRPr="00E529E8">
        <w:t xml:space="preserve"> </w:t>
      </w:r>
      <w:r w:rsidRPr="00E529E8">
        <w:t>Recognition Committee</w:t>
      </w:r>
    </w:p>
    <w:p w14:paraId="5B38E5EF" w14:textId="089B4A9B" w:rsidR="0047013D" w:rsidRPr="00E529E8" w:rsidRDefault="0047013D">
      <w:pPr>
        <w:rPr>
          <w:caps/>
        </w:rPr>
      </w:pPr>
      <w:r w:rsidRPr="00E529E8">
        <w:rPr>
          <w:caps/>
        </w:rPr>
        <w:t xml:space="preserve">                                                               Women’</w:t>
      </w:r>
      <w:r w:rsidR="00F529D0" w:rsidRPr="00E529E8">
        <w:rPr>
          <w:caps/>
        </w:rPr>
        <w:t>s Club</w:t>
      </w:r>
    </w:p>
    <w:p w14:paraId="6607306A" w14:textId="77777777" w:rsidR="00E529E8" w:rsidRPr="008912A9" w:rsidRDefault="00E529E8">
      <w:pPr>
        <w:rPr>
          <w:caps/>
          <w:sz w:val="24"/>
          <w:szCs w:val="24"/>
        </w:rPr>
      </w:pPr>
    </w:p>
    <w:p w14:paraId="17635C58" w14:textId="6A38C79C" w:rsidR="00114496" w:rsidRDefault="000729C5" w:rsidP="0047013D">
      <w:pPr>
        <w:spacing w:after="0"/>
        <w:rPr>
          <w:rFonts w:ascii="Arial" w:eastAsia="Arial" w:hAnsi="Arial"/>
          <w:b/>
          <w:sz w:val="24"/>
          <w:szCs w:val="24"/>
        </w:rPr>
      </w:pPr>
      <w:r w:rsidRPr="008912A9">
        <w:rPr>
          <w:rFonts w:ascii="Arial" w:eastAsia="Arial" w:hAnsi="Arial"/>
          <w:b/>
          <w:sz w:val="24"/>
          <w:szCs w:val="24"/>
        </w:rPr>
        <w:t>O</w:t>
      </w:r>
      <w:r w:rsidR="00B24161" w:rsidRPr="008912A9">
        <w:rPr>
          <w:rFonts w:ascii="Arial" w:eastAsia="Arial" w:hAnsi="Arial"/>
          <w:b/>
          <w:sz w:val="24"/>
          <w:szCs w:val="24"/>
        </w:rPr>
        <w:t>LD BUSINESS</w:t>
      </w:r>
    </w:p>
    <w:p w14:paraId="0A48A67A" w14:textId="77777777" w:rsidR="00F1201E" w:rsidRDefault="00F1201E" w:rsidP="0047013D">
      <w:pPr>
        <w:spacing w:after="0"/>
        <w:rPr>
          <w:rFonts w:ascii="Arial" w:eastAsia="Arial" w:hAnsi="Arial"/>
          <w:b/>
          <w:sz w:val="24"/>
          <w:szCs w:val="24"/>
        </w:rPr>
      </w:pPr>
    </w:p>
    <w:p w14:paraId="01A34B4A" w14:textId="634F1043" w:rsidR="00C11CC5" w:rsidRPr="00F1201E" w:rsidRDefault="00F1201E" w:rsidP="00F1201E">
      <w:pPr>
        <w:pStyle w:val="ListParagraph"/>
        <w:numPr>
          <w:ilvl w:val="0"/>
          <w:numId w:val="22"/>
        </w:numPr>
        <w:spacing w:after="0"/>
        <w:rPr>
          <w:rFonts w:ascii="Arial" w:eastAsia="Arial" w:hAnsi="Arial"/>
          <w:bCs/>
          <w:sz w:val="24"/>
          <w:szCs w:val="24"/>
        </w:rPr>
      </w:pPr>
      <w:r>
        <w:rPr>
          <w:rFonts w:ascii="Arial" w:eastAsia="Arial" w:hAnsi="Arial"/>
          <w:bCs/>
          <w:sz w:val="24"/>
          <w:szCs w:val="24"/>
        </w:rPr>
        <w:t xml:space="preserve">Happy </w:t>
      </w:r>
      <w:r w:rsidR="003949C2">
        <w:rPr>
          <w:rFonts w:ascii="Arial" w:eastAsia="Arial" w:hAnsi="Arial"/>
          <w:bCs/>
          <w:sz w:val="24"/>
          <w:szCs w:val="24"/>
        </w:rPr>
        <w:t>5-year</w:t>
      </w:r>
      <w:r>
        <w:rPr>
          <w:rFonts w:ascii="Arial" w:eastAsia="Arial" w:hAnsi="Arial"/>
          <w:bCs/>
          <w:sz w:val="24"/>
          <w:szCs w:val="24"/>
        </w:rPr>
        <w:t xml:space="preserve"> Anniversary to our Chief and Building Commissioner</w:t>
      </w:r>
      <w:r w:rsidR="003949C2">
        <w:rPr>
          <w:rFonts w:ascii="Arial" w:eastAsia="Arial" w:hAnsi="Arial"/>
          <w:bCs/>
          <w:sz w:val="24"/>
          <w:szCs w:val="24"/>
        </w:rPr>
        <w:t xml:space="preserve">, Jeremy. </w:t>
      </w:r>
      <w:r>
        <w:rPr>
          <w:rFonts w:ascii="Arial" w:eastAsia="Arial" w:hAnsi="Arial"/>
          <w:bCs/>
          <w:sz w:val="24"/>
          <w:szCs w:val="24"/>
        </w:rPr>
        <w:t xml:space="preserve">It has been exciting and good for </w:t>
      </w:r>
      <w:r w:rsidR="003949C2">
        <w:rPr>
          <w:rFonts w:ascii="Arial" w:eastAsia="Arial" w:hAnsi="Arial"/>
          <w:bCs/>
          <w:sz w:val="24"/>
          <w:szCs w:val="24"/>
        </w:rPr>
        <w:t>everyone!</w:t>
      </w:r>
    </w:p>
    <w:p w14:paraId="7A8F3145" w14:textId="77777777" w:rsidR="00C11CC5" w:rsidRPr="00C11CC5" w:rsidRDefault="00C11CC5" w:rsidP="00C11CC5">
      <w:pPr>
        <w:numPr>
          <w:ilvl w:val="0"/>
          <w:numId w:val="22"/>
        </w:numPr>
        <w:spacing w:after="0"/>
        <w:rPr>
          <w:rFonts w:ascii="Arial" w:eastAsia="Arial" w:hAnsi="Arial"/>
          <w:bCs/>
          <w:sz w:val="24"/>
          <w:szCs w:val="24"/>
        </w:rPr>
      </w:pPr>
      <w:r w:rsidRPr="00C11CC5">
        <w:rPr>
          <w:rFonts w:ascii="Arial" w:eastAsia="Arial" w:hAnsi="Arial"/>
          <w:bCs/>
          <w:sz w:val="24"/>
          <w:szCs w:val="24"/>
        </w:rPr>
        <w:t>Additional Recap of storm impact on town services and budget Bernadette, John Hannon</w:t>
      </w:r>
    </w:p>
    <w:p w14:paraId="62622F5B" w14:textId="77777777" w:rsidR="00C11CC5" w:rsidRPr="00C11CC5" w:rsidRDefault="00C11CC5" w:rsidP="00C11CC5">
      <w:pPr>
        <w:numPr>
          <w:ilvl w:val="0"/>
          <w:numId w:val="22"/>
        </w:numPr>
        <w:spacing w:after="0"/>
        <w:rPr>
          <w:rFonts w:ascii="Arial" w:eastAsia="Arial" w:hAnsi="Arial"/>
          <w:bCs/>
          <w:sz w:val="24"/>
          <w:szCs w:val="24"/>
        </w:rPr>
      </w:pPr>
      <w:r w:rsidRPr="00C11CC5">
        <w:rPr>
          <w:rFonts w:ascii="Arial" w:eastAsia="Arial" w:hAnsi="Arial"/>
          <w:bCs/>
          <w:sz w:val="24"/>
          <w:szCs w:val="24"/>
        </w:rPr>
        <w:t>Additional Street Department update Mike Lanovich, John Hannon</w:t>
      </w:r>
    </w:p>
    <w:p w14:paraId="6BBFA9AC" w14:textId="77777777" w:rsidR="00C11CC5" w:rsidRPr="00C11CC5" w:rsidRDefault="00C11CC5" w:rsidP="00C11CC5">
      <w:pPr>
        <w:numPr>
          <w:ilvl w:val="0"/>
          <w:numId w:val="22"/>
        </w:numPr>
        <w:spacing w:after="0"/>
        <w:rPr>
          <w:rFonts w:ascii="Arial" w:eastAsia="Arial" w:hAnsi="Arial"/>
          <w:bCs/>
          <w:sz w:val="24"/>
          <w:szCs w:val="24"/>
        </w:rPr>
      </w:pPr>
      <w:r w:rsidRPr="00C11CC5">
        <w:rPr>
          <w:rFonts w:ascii="Arial" w:eastAsia="Arial" w:hAnsi="Arial"/>
          <w:bCs/>
          <w:sz w:val="24"/>
          <w:szCs w:val="24"/>
        </w:rPr>
        <w:t>Addition update police vehicles, repairs, Frontier and NIPSCO wires, Jeremy Ogden</w:t>
      </w:r>
    </w:p>
    <w:p w14:paraId="32DD0FBD" w14:textId="77777777" w:rsidR="00C11CC5" w:rsidRPr="00C11CC5" w:rsidRDefault="00C11CC5" w:rsidP="00C11CC5">
      <w:pPr>
        <w:numPr>
          <w:ilvl w:val="0"/>
          <w:numId w:val="22"/>
        </w:numPr>
        <w:spacing w:after="0"/>
        <w:rPr>
          <w:rFonts w:ascii="Arial" w:eastAsia="Arial" w:hAnsi="Arial"/>
          <w:bCs/>
          <w:sz w:val="24"/>
          <w:szCs w:val="24"/>
        </w:rPr>
      </w:pPr>
      <w:r w:rsidRPr="00C11CC5">
        <w:rPr>
          <w:rFonts w:ascii="Arial" w:eastAsia="Arial" w:hAnsi="Arial"/>
          <w:bCs/>
          <w:sz w:val="24"/>
          <w:szCs w:val="24"/>
        </w:rPr>
        <w:t>Website Update: Scott Kingan</w:t>
      </w:r>
    </w:p>
    <w:p w14:paraId="65B1A0FF" w14:textId="77777777" w:rsidR="00C11CC5" w:rsidRPr="00C11CC5" w:rsidRDefault="00C11CC5" w:rsidP="00C11CC5">
      <w:pPr>
        <w:numPr>
          <w:ilvl w:val="0"/>
          <w:numId w:val="22"/>
        </w:numPr>
        <w:spacing w:after="0"/>
        <w:rPr>
          <w:rFonts w:ascii="Arial" w:eastAsia="Arial" w:hAnsi="Arial"/>
          <w:bCs/>
          <w:sz w:val="24"/>
          <w:szCs w:val="24"/>
        </w:rPr>
      </w:pPr>
      <w:r w:rsidRPr="00C11CC5">
        <w:rPr>
          <w:rFonts w:ascii="Arial" w:eastAsia="Arial" w:hAnsi="Arial"/>
          <w:bCs/>
          <w:sz w:val="24"/>
          <w:szCs w:val="24"/>
        </w:rPr>
        <w:t>Town Hall Conference Room Refresh Project, Bernadette</w:t>
      </w:r>
    </w:p>
    <w:p w14:paraId="6A7A4095" w14:textId="77777777" w:rsidR="00C11CC5" w:rsidRPr="00C11CC5" w:rsidRDefault="00C11CC5" w:rsidP="00C11CC5">
      <w:pPr>
        <w:numPr>
          <w:ilvl w:val="0"/>
          <w:numId w:val="22"/>
        </w:numPr>
        <w:spacing w:after="0"/>
        <w:rPr>
          <w:rFonts w:ascii="Arial" w:eastAsia="Arial" w:hAnsi="Arial"/>
          <w:bCs/>
          <w:sz w:val="24"/>
          <w:szCs w:val="24"/>
        </w:rPr>
      </w:pPr>
      <w:r w:rsidRPr="00C11CC5">
        <w:rPr>
          <w:rFonts w:ascii="Arial" w:eastAsia="Arial" w:hAnsi="Arial"/>
          <w:bCs/>
          <w:sz w:val="24"/>
          <w:szCs w:val="24"/>
        </w:rPr>
        <w:t>Access 2, Project David Snyder</w:t>
      </w:r>
    </w:p>
    <w:p w14:paraId="6F0C8E2F" w14:textId="77777777" w:rsidR="00C11CC5" w:rsidRPr="00C11CC5" w:rsidRDefault="00C11CC5" w:rsidP="00C11CC5">
      <w:pPr>
        <w:numPr>
          <w:ilvl w:val="0"/>
          <w:numId w:val="22"/>
        </w:numPr>
        <w:spacing w:after="0"/>
        <w:rPr>
          <w:rFonts w:ascii="Arial" w:eastAsia="Arial" w:hAnsi="Arial"/>
          <w:bCs/>
          <w:sz w:val="24"/>
          <w:szCs w:val="24"/>
        </w:rPr>
      </w:pPr>
      <w:r w:rsidRPr="00C11CC5">
        <w:rPr>
          <w:rFonts w:ascii="Arial" w:eastAsia="Arial" w:hAnsi="Arial"/>
          <w:bCs/>
          <w:sz w:val="24"/>
          <w:szCs w:val="24"/>
        </w:rPr>
        <w:t>Beach stairs Scott Kingan</w:t>
      </w:r>
    </w:p>
    <w:p w14:paraId="2F881C7C" w14:textId="0ACCEAB8" w:rsidR="00C11CC5" w:rsidRPr="003949C2" w:rsidRDefault="00891CC3" w:rsidP="00C11CC5">
      <w:pPr>
        <w:numPr>
          <w:ilvl w:val="0"/>
          <w:numId w:val="2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bCs/>
          <w:color w:val="424242"/>
          <w:sz w:val="24"/>
          <w:szCs w:val="24"/>
        </w:rPr>
      </w:pPr>
      <w:r>
        <w:rPr>
          <w:rFonts w:ascii="Arial" w:eastAsia="Arial" w:hAnsi="Arial"/>
          <w:bCs/>
          <w:sz w:val="24"/>
          <w:szCs w:val="24"/>
        </w:rPr>
        <w:t>Central Rock Project update – no news</w:t>
      </w:r>
    </w:p>
    <w:p w14:paraId="13B97F8A" w14:textId="77777777" w:rsidR="00C11CC5" w:rsidRPr="003949C2" w:rsidRDefault="00C11CC5" w:rsidP="00C11CC5">
      <w:pPr>
        <w:numPr>
          <w:ilvl w:val="0"/>
          <w:numId w:val="2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bCs/>
          <w:color w:val="424242"/>
          <w:sz w:val="24"/>
          <w:szCs w:val="24"/>
        </w:rPr>
      </w:pPr>
      <w:r w:rsidRPr="003949C2">
        <w:rPr>
          <w:rFonts w:ascii="Arial" w:eastAsia="Times New Roman" w:hAnsi="Arial" w:cs="Arial"/>
          <w:bCs/>
          <w:color w:val="424242"/>
          <w:sz w:val="24"/>
          <w:szCs w:val="24"/>
        </w:rPr>
        <w:t>Insurance Refund- Amy Parry</w:t>
      </w:r>
    </w:p>
    <w:p w14:paraId="2351E33A" w14:textId="150FFB14" w:rsidR="00F36ABA" w:rsidRPr="003949C2" w:rsidRDefault="00F36ABA" w:rsidP="00C11CC5">
      <w:pPr>
        <w:numPr>
          <w:ilvl w:val="0"/>
          <w:numId w:val="2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bCs/>
          <w:color w:val="424242"/>
          <w:sz w:val="24"/>
          <w:szCs w:val="24"/>
        </w:rPr>
      </w:pPr>
      <w:r w:rsidRPr="003949C2">
        <w:rPr>
          <w:rFonts w:ascii="Arial" w:eastAsia="Times New Roman" w:hAnsi="Arial" w:cs="Arial"/>
          <w:bCs/>
          <w:color w:val="424242"/>
          <w:sz w:val="24"/>
          <w:szCs w:val="24"/>
        </w:rPr>
        <w:t>Update Community Crossings Grant, Amy Parry</w:t>
      </w:r>
    </w:p>
    <w:p w14:paraId="74E819D6" w14:textId="4E5E9757" w:rsidR="007E14AC" w:rsidRPr="003949C2" w:rsidRDefault="007E14AC" w:rsidP="00C11CC5">
      <w:pPr>
        <w:spacing w:after="0"/>
        <w:rPr>
          <w:rFonts w:ascii="Arial" w:eastAsia="Arial" w:hAnsi="Arial" w:cs="Arial"/>
          <w:bCs/>
          <w:sz w:val="24"/>
          <w:szCs w:val="24"/>
        </w:rPr>
      </w:pPr>
    </w:p>
    <w:p w14:paraId="043569E0" w14:textId="77777777" w:rsidR="00BB7A10" w:rsidRPr="003949C2" w:rsidRDefault="00BB7A10" w:rsidP="00767046">
      <w:pPr>
        <w:spacing w:after="0"/>
        <w:ind w:left="360"/>
        <w:rPr>
          <w:rFonts w:ascii="Arial" w:eastAsia="Arial" w:hAnsi="Arial" w:cs="Arial"/>
          <w:b/>
          <w:sz w:val="24"/>
          <w:szCs w:val="24"/>
        </w:rPr>
      </w:pPr>
    </w:p>
    <w:p w14:paraId="6AA2D7B9" w14:textId="77777777" w:rsidR="00BB7A10" w:rsidRPr="003949C2" w:rsidRDefault="00BB7A10" w:rsidP="00767046">
      <w:pPr>
        <w:spacing w:after="0"/>
        <w:ind w:left="360"/>
        <w:rPr>
          <w:rFonts w:ascii="Arial" w:eastAsia="Arial" w:hAnsi="Arial" w:cs="Arial"/>
          <w:b/>
          <w:sz w:val="24"/>
          <w:szCs w:val="24"/>
        </w:rPr>
      </w:pPr>
    </w:p>
    <w:p w14:paraId="487AE771" w14:textId="77777777" w:rsidR="00983981" w:rsidRPr="003949C2" w:rsidRDefault="00B24161">
      <w:pPr>
        <w:spacing w:after="40"/>
        <w:rPr>
          <w:rFonts w:ascii="Arial" w:eastAsia="Arial" w:hAnsi="Arial" w:cs="Arial"/>
          <w:b/>
          <w:sz w:val="24"/>
          <w:szCs w:val="24"/>
        </w:rPr>
      </w:pPr>
      <w:r w:rsidRPr="003949C2">
        <w:rPr>
          <w:rFonts w:ascii="Arial" w:eastAsia="Arial" w:hAnsi="Arial" w:cs="Arial"/>
          <w:b/>
          <w:sz w:val="24"/>
          <w:szCs w:val="24"/>
        </w:rPr>
        <w:t>NEW BUSINESS</w:t>
      </w:r>
    </w:p>
    <w:p w14:paraId="30C0BF30" w14:textId="77777777" w:rsidR="00C11CC5" w:rsidRPr="003949C2" w:rsidRDefault="00C11CC5">
      <w:pPr>
        <w:spacing w:after="40"/>
        <w:rPr>
          <w:rFonts w:ascii="Arial" w:eastAsia="Arial" w:hAnsi="Arial" w:cs="Arial"/>
          <w:b/>
          <w:sz w:val="24"/>
          <w:szCs w:val="24"/>
        </w:rPr>
      </w:pPr>
    </w:p>
    <w:p w14:paraId="6C795328" w14:textId="77777777" w:rsidR="00C11CC5" w:rsidRPr="003949C2" w:rsidRDefault="00C11CC5" w:rsidP="00C11CC5">
      <w:pPr>
        <w:numPr>
          <w:ilvl w:val="0"/>
          <w:numId w:val="2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24242"/>
          <w:sz w:val="24"/>
          <w:szCs w:val="24"/>
        </w:rPr>
      </w:pPr>
      <w:r w:rsidRPr="003949C2">
        <w:rPr>
          <w:rFonts w:ascii="Arial" w:eastAsia="Times New Roman" w:hAnsi="Arial" w:cs="Arial"/>
          <w:color w:val="424242"/>
          <w:sz w:val="24"/>
          <w:szCs w:val="24"/>
        </w:rPr>
        <w:t>Cleveland Cliffs Dredge Permit Scott Kingan</w:t>
      </w:r>
    </w:p>
    <w:p w14:paraId="7CDBFF98" w14:textId="625B5EB1" w:rsidR="00B805DA" w:rsidRPr="003949C2" w:rsidRDefault="00F36ABA" w:rsidP="00C11CC5">
      <w:pPr>
        <w:numPr>
          <w:ilvl w:val="0"/>
          <w:numId w:val="2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24242"/>
          <w:sz w:val="24"/>
          <w:szCs w:val="24"/>
        </w:rPr>
      </w:pPr>
      <w:r w:rsidRPr="003949C2">
        <w:rPr>
          <w:rFonts w:ascii="Arial" w:eastAsia="Times New Roman" w:hAnsi="Arial" w:cs="Arial"/>
          <w:color w:val="424242"/>
          <w:sz w:val="24"/>
          <w:szCs w:val="24"/>
        </w:rPr>
        <w:t xml:space="preserve">Presentation regarding NIH Research regarding the </w:t>
      </w:r>
      <w:r w:rsidR="00B805DA" w:rsidRPr="003949C2">
        <w:rPr>
          <w:rFonts w:ascii="Arial" w:eastAsia="Times New Roman" w:hAnsi="Arial" w:cs="Arial"/>
          <w:color w:val="424242"/>
          <w:sz w:val="24"/>
          <w:szCs w:val="24"/>
        </w:rPr>
        <w:t>effects of environmental pollution</w:t>
      </w:r>
      <w:r w:rsidRPr="003949C2">
        <w:rPr>
          <w:rFonts w:ascii="Arial" w:eastAsia="Times New Roman" w:hAnsi="Arial" w:cs="Arial"/>
          <w:color w:val="424242"/>
          <w:sz w:val="24"/>
          <w:szCs w:val="24"/>
        </w:rPr>
        <w:t xml:space="preserve"> </w:t>
      </w:r>
      <w:r w:rsidR="00B805DA" w:rsidRPr="003949C2">
        <w:rPr>
          <w:rFonts w:ascii="Arial" w:eastAsia="Times New Roman" w:hAnsi="Arial" w:cs="Arial"/>
          <w:color w:val="424242"/>
          <w:sz w:val="24"/>
          <w:szCs w:val="24"/>
        </w:rPr>
        <w:t>on health of communities near steel mills. – Allan Halline</w:t>
      </w:r>
    </w:p>
    <w:p w14:paraId="06A022D9" w14:textId="6D8EBEF2" w:rsidR="00F36ABA" w:rsidRPr="003949C2" w:rsidRDefault="00B805DA" w:rsidP="00C11CC5">
      <w:pPr>
        <w:numPr>
          <w:ilvl w:val="0"/>
          <w:numId w:val="2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24242"/>
          <w:sz w:val="24"/>
          <w:szCs w:val="24"/>
        </w:rPr>
      </w:pPr>
      <w:r w:rsidRPr="003949C2">
        <w:rPr>
          <w:rFonts w:ascii="Arial" w:eastAsia="Times New Roman" w:hAnsi="Arial" w:cs="Arial"/>
          <w:color w:val="424242"/>
          <w:sz w:val="24"/>
          <w:szCs w:val="24"/>
        </w:rPr>
        <w:t xml:space="preserve"> Request for m</w:t>
      </w:r>
      <w:r w:rsidR="00F36ABA" w:rsidRPr="003949C2">
        <w:rPr>
          <w:rFonts w:ascii="Arial" w:eastAsia="Times New Roman" w:hAnsi="Arial" w:cs="Arial"/>
          <w:color w:val="424242"/>
          <w:sz w:val="24"/>
          <w:szCs w:val="24"/>
        </w:rPr>
        <w:t>onthly use of Community Room</w:t>
      </w:r>
      <w:r w:rsidRPr="003949C2">
        <w:rPr>
          <w:rFonts w:ascii="Arial" w:eastAsia="Times New Roman" w:hAnsi="Arial" w:cs="Arial"/>
          <w:color w:val="424242"/>
          <w:sz w:val="24"/>
          <w:szCs w:val="24"/>
        </w:rPr>
        <w:t xml:space="preserve"> as part of the NIH study </w:t>
      </w:r>
      <w:r w:rsidR="00F36ABA" w:rsidRPr="003949C2">
        <w:rPr>
          <w:rFonts w:ascii="Arial" w:eastAsia="Times New Roman" w:hAnsi="Arial" w:cs="Arial"/>
          <w:color w:val="424242"/>
          <w:sz w:val="24"/>
          <w:szCs w:val="24"/>
        </w:rPr>
        <w:t>- Allan Haline</w:t>
      </w:r>
    </w:p>
    <w:p w14:paraId="05782344" w14:textId="77777777" w:rsidR="00C11CC5" w:rsidRPr="003949C2" w:rsidRDefault="00C11CC5" w:rsidP="00C11CC5">
      <w:pPr>
        <w:numPr>
          <w:ilvl w:val="0"/>
          <w:numId w:val="2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24242"/>
          <w:sz w:val="24"/>
          <w:szCs w:val="24"/>
        </w:rPr>
      </w:pPr>
      <w:r w:rsidRPr="003949C2">
        <w:rPr>
          <w:rFonts w:ascii="Arial" w:eastAsia="Times New Roman" w:hAnsi="Arial" w:cs="Arial"/>
          <w:color w:val="424242"/>
          <w:sz w:val="24"/>
          <w:szCs w:val="24"/>
        </w:rPr>
        <w:t>Julia Klingensmith Insurance Coverage – Berandette Slawinski</w:t>
      </w:r>
    </w:p>
    <w:p w14:paraId="6CED9362" w14:textId="77777777" w:rsidR="00C11CC5" w:rsidRPr="003949C2" w:rsidRDefault="00C11CC5" w:rsidP="00C11CC5">
      <w:pPr>
        <w:numPr>
          <w:ilvl w:val="0"/>
          <w:numId w:val="2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24242"/>
          <w:sz w:val="24"/>
          <w:szCs w:val="24"/>
        </w:rPr>
      </w:pPr>
      <w:r w:rsidRPr="003949C2">
        <w:rPr>
          <w:rFonts w:ascii="Arial" w:eastAsia="Times New Roman" w:hAnsi="Arial" w:cs="Arial"/>
          <w:color w:val="424242"/>
          <w:sz w:val="24"/>
          <w:szCs w:val="24"/>
        </w:rPr>
        <w:t>Town Insurance Coverage ScottKIngan, Bernadette Slawinski</w:t>
      </w:r>
    </w:p>
    <w:p w14:paraId="758D90E3" w14:textId="20CEC8AE" w:rsidR="00B805DA" w:rsidRPr="003949C2" w:rsidRDefault="00C11CC5" w:rsidP="00F1201E">
      <w:pPr>
        <w:numPr>
          <w:ilvl w:val="0"/>
          <w:numId w:val="2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24242"/>
          <w:sz w:val="24"/>
          <w:szCs w:val="24"/>
        </w:rPr>
      </w:pPr>
      <w:r w:rsidRPr="003949C2">
        <w:rPr>
          <w:rFonts w:ascii="Arial" w:eastAsia="Times New Roman" w:hAnsi="Arial" w:cs="Arial"/>
          <w:color w:val="424242"/>
          <w:sz w:val="24"/>
          <w:szCs w:val="24"/>
        </w:rPr>
        <w:t>Multi Hazard Mitigation Plannin</w:t>
      </w:r>
      <w:r w:rsidR="003949C2" w:rsidRPr="003949C2">
        <w:rPr>
          <w:rFonts w:ascii="Arial" w:eastAsia="Times New Roman" w:hAnsi="Arial" w:cs="Arial"/>
          <w:color w:val="424242"/>
          <w:sz w:val="24"/>
          <w:szCs w:val="24"/>
        </w:rPr>
        <w:t>g Meeting-August 27.</w:t>
      </w:r>
    </w:p>
    <w:p w14:paraId="28AB5583" w14:textId="77777777" w:rsidR="00C11CC5" w:rsidRPr="003949C2" w:rsidRDefault="00C11CC5" w:rsidP="00C11CC5">
      <w:pPr>
        <w:numPr>
          <w:ilvl w:val="0"/>
          <w:numId w:val="2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24242"/>
          <w:sz w:val="24"/>
          <w:szCs w:val="24"/>
        </w:rPr>
      </w:pPr>
      <w:r w:rsidRPr="003949C2">
        <w:rPr>
          <w:rFonts w:ascii="Arial" w:eastAsia="Times New Roman" w:hAnsi="Arial" w:cs="Arial"/>
          <w:color w:val="424242"/>
          <w:sz w:val="24"/>
          <w:szCs w:val="24"/>
        </w:rPr>
        <w:t>Government Updates (State, Local)</w:t>
      </w:r>
    </w:p>
    <w:p w14:paraId="4FFC5E3A" w14:textId="77777777" w:rsidR="00C11CC5" w:rsidRPr="003949C2" w:rsidRDefault="00C11CC5" w:rsidP="00C11CC5">
      <w:pPr>
        <w:numPr>
          <w:ilvl w:val="0"/>
          <w:numId w:val="2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24242"/>
          <w:sz w:val="24"/>
          <w:szCs w:val="24"/>
        </w:rPr>
      </w:pPr>
      <w:r w:rsidRPr="003949C2">
        <w:rPr>
          <w:rFonts w:ascii="Arial" w:eastAsia="Times New Roman" w:hAnsi="Arial" w:cs="Arial"/>
          <w:color w:val="424242"/>
          <w:sz w:val="24"/>
          <w:szCs w:val="24"/>
        </w:rPr>
        <w:t>Reggae Party _ August 15, Tamarack Beach, 7 – 10 p.m. BYO Food and Beverage</w:t>
      </w:r>
    </w:p>
    <w:p w14:paraId="1FB7B688" w14:textId="77777777" w:rsidR="00C11CC5" w:rsidRPr="003949C2" w:rsidRDefault="00C11CC5" w:rsidP="00C11CC5">
      <w:pPr>
        <w:numPr>
          <w:ilvl w:val="0"/>
          <w:numId w:val="2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24242"/>
          <w:sz w:val="24"/>
          <w:szCs w:val="24"/>
        </w:rPr>
      </w:pPr>
      <w:r w:rsidRPr="003949C2">
        <w:rPr>
          <w:rFonts w:ascii="Arial" w:eastAsia="Times New Roman" w:hAnsi="Arial" w:cs="Arial"/>
          <w:color w:val="424242"/>
          <w:sz w:val="24"/>
          <w:szCs w:val="24"/>
        </w:rPr>
        <w:t>Gary Air Show Weekend August 21 -23</w:t>
      </w:r>
    </w:p>
    <w:p w14:paraId="34227E9E" w14:textId="7FF65042" w:rsidR="00C11CC5" w:rsidRPr="003949C2" w:rsidRDefault="00C11CC5" w:rsidP="00C11CC5">
      <w:pPr>
        <w:numPr>
          <w:ilvl w:val="0"/>
          <w:numId w:val="2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424242"/>
          <w:sz w:val="24"/>
          <w:szCs w:val="24"/>
        </w:rPr>
      </w:pPr>
      <w:r w:rsidRPr="003949C2">
        <w:rPr>
          <w:rFonts w:ascii="Arial" w:eastAsia="Times New Roman" w:hAnsi="Arial" w:cs="Arial"/>
          <w:color w:val="424242"/>
          <w:sz w:val="24"/>
          <w:szCs w:val="24"/>
        </w:rPr>
        <w:t>Watch for rip currents and beach closing warnings. Always call NIPSCO if you have a power outage to allow them to know your status.  Follow weather warnings.  Stay Safe and enjoy th</w:t>
      </w:r>
      <w:r w:rsidR="00F36ABA" w:rsidRPr="003949C2">
        <w:rPr>
          <w:rFonts w:ascii="Arial" w:eastAsia="Times New Roman" w:hAnsi="Arial" w:cs="Arial"/>
          <w:color w:val="424242"/>
          <w:sz w:val="24"/>
          <w:szCs w:val="24"/>
        </w:rPr>
        <w:t>e</w:t>
      </w:r>
      <w:r w:rsidRPr="003949C2">
        <w:rPr>
          <w:rFonts w:ascii="Arial" w:eastAsia="Times New Roman" w:hAnsi="Arial" w:cs="Arial"/>
          <w:color w:val="424242"/>
          <w:sz w:val="24"/>
          <w:szCs w:val="24"/>
        </w:rPr>
        <w:t xml:space="preserve"> r</w:t>
      </w:r>
      <w:r w:rsidR="00F36ABA" w:rsidRPr="003949C2">
        <w:rPr>
          <w:rFonts w:ascii="Arial" w:eastAsia="Times New Roman" w:hAnsi="Arial" w:cs="Arial"/>
          <w:color w:val="424242"/>
          <w:sz w:val="24"/>
          <w:szCs w:val="24"/>
        </w:rPr>
        <w:t>e</w:t>
      </w:r>
      <w:r w:rsidRPr="003949C2">
        <w:rPr>
          <w:rFonts w:ascii="Arial" w:eastAsia="Times New Roman" w:hAnsi="Arial" w:cs="Arial"/>
          <w:color w:val="424242"/>
          <w:sz w:val="24"/>
          <w:szCs w:val="24"/>
        </w:rPr>
        <w:t>st of the summer.</w:t>
      </w:r>
    </w:p>
    <w:p w14:paraId="6B7EEF06" w14:textId="6CB81AB7" w:rsidR="00414965" w:rsidRPr="003949C2" w:rsidRDefault="00F529D0" w:rsidP="00C4789B">
      <w:pPr>
        <w:pStyle w:val="ListParagraph"/>
        <w:spacing w:after="0"/>
        <w:ind w:left="0"/>
        <w:rPr>
          <w:rFonts w:ascii="Arial" w:eastAsia="Arial" w:hAnsi="Arial" w:cs="Arial"/>
          <w:b/>
          <w:sz w:val="24"/>
          <w:szCs w:val="24"/>
        </w:rPr>
      </w:pPr>
      <w:r w:rsidRPr="003949C2">
        <w:rPr>
          <w:rFonts w:ascii="Arial" w:eastAsia="Arial" w:hAnsi="Arial" w:cs="Arial"/>
          <w:b/>
          <w:sz w:val="24"/>
          <w:szCs w:val="24"/>
        </w:rPr>
        <w:t>RESIDENT REMARKS             COUNCIL REMARKS             MOTION TO ADJOURN</w:t>
      </w:r>
    </w:p>
    <w:p w14:paraId="37651D48" w14:textId="37FC1344" w:rsidR="00C11CC5" w:rsidRPr="003949C2" w:rsidRDefault="00C11CC5" w:rsidP="00C4789B">
      <w:pPr>
        <w:spacing w:after="0" w:line="300" w:lineRule="atLeast"/>
        <w:rPr>
          <w:rFonts w:ascii="Arial" w:eastAsia="Times New Roman" w:hAnsi="Arial" w:cs="Arial"/>
          <w:color w:val="424242"/>
          <w:sz w:val="21"/>
          <w:szCs w:val="21"/>
        </w:rPr>
      </w:pPr>
    </w:p>
    <w:p w14:paraId="334BD01B" w14:textId="77777777" w:rsidR="00CC1D7A" w:rsidRPr="00367BA0" w:rsidRDefault="00CC1D7A" w:rsidP="00C4789B">
      <w:pPr>
        <w:pStyle w:val="ListParagraph"/>
        <w:spacing w:after="0"/>
        <w:ind w:left="0"/>
        <w:rPr>
          <w:rFonts w:ascii="Arial" w:eastAsia="Arial" w:hAnsi="Arial" w:cs="Arial"/>
          <w:sz w:val="24"/>
          <w:szCs w:val="24"/>
        </w:rPr>
      </w:pPr>
      <w:r w:rsidRPr="00367BA0">
        <w:rPr>
          <w:rFonts w:ascii="Arial" w:eastAsia="Arial" w:hAnsi="Arial" w:cs="Arial"/>
          <w:sz w:val="24"/>
          <w:szCs w:val="24"/>
        </w:rPr>
        <w:t>Town of Ogden Dunes is inviting you to a scheduled Zoom meeting.</w:t>
      </w:r>
    </w:p>
    <w:p w14:paraId="7E7B6981" w14:textId="77777777" w:rsidR="00CC1D7A" w:rsidRPr="00367BA0" w:rsidRDefault="00CC1D7A" w:rsidP="00C4789B">
      <w:pPr>
        <w:pStyle w:val="ListParagraph"/>
        <w:spacing w:after="0"/>
        <w:ind w:left="0"/>
        <w:rPr>
          <w:rFonts w:ascii="Arial" w:eastAsia="Arial" w:hAnsi="Arial" w:cs="Arial"/>
          <w:sz w:val="24"/>
          <w:szCs w:val="24"/>
        </w:rPr>
      </w:pPr>
    </w:p>
    <w:p w14:paraId="6C0776FE" w14:textId="77777777" w:rsidR="00CC1D7A" w:rsidRPr="00367BA0" w:rsidRDefault="00CC1D7A" w:rsidP="00C4789B">
      <w:pPr>
        <w:pStyle w:val="ListParagraph"/>
        <w:spacing w:after="0"/>
        <w:ind w:left="0"/>
        <w:rPr>
          <w:rFonts w:ascii="Arial" w:eastAsia="Arial" w:hAnsi="Arial" w:cs="Arial"/>
          <w:sz w:val="24"/>
          <w:szCs w:val="24"/>
        </w:rPr>
      </w:pPr>
      <w:r w:rsidRPr="00367BA0">
        <w:rPr>
          <w:rFonts w:ascii="Arial" w:eastAsia="Arial" w:hAnsi="Arial" w:cs="Arial"/>
          <w:sz w:val="24"/>
          <w:szCs w:val="24"/>
        </w:rPr>
        <w:t>Join Zoom Meeting</w:t>
      </w:r>
    </w:p>
    <w:p w14:paraId="756CDB71" w14:textId="77777777" w:rsidR="00CC1D7A" w:rsidRPr="00367BA0" w:rsidRDefault="00CC1D7A" w:rsidP="00C4789B">
      <w:pPr>
        <w:pStyle w:val="ListParagraph"/>
        <w:spacing w:after="0"/>
        <w:ind w:left="0"/>
        <w:rPr>
          <w:rFonts w:ascii="Arial" w:eastAsia="Arial" w:hAnsi="Arial" w:cs="Arial"/>
          <w:sz w:val="24"/>
          <w:szCs w:val="24"/>
        </w:rPr>
      </w:pPr>
      <w:r w:rsidRPr="00367BA0">
        <w:rPr>
          <w:rFonts w:ascii="Arial" w:eastAsia="Arial" w:hAnsi="Arial" w:cs="Arial"/>
          <w:sz w:val="24"/>
          <w:szCs w:val="24"/>
        </w:rPr>
        <w:t>https://us06web.zoom.us/j/85871936340?pwd=BrVPBT7VkGtHfjUU0U8jdIboDGnDvE.1</w:t>
      </w:r>
    </w:p>
    <w:p w14:paraId="6C2B70EA" w14:textId="77777777" w:rsidR="00CC1D7A" w:rsidRPr="00367BA0" w:rsidRDefault="00CC1D7A" w:rsidP="00C4789B">
      <w:pPr>
        <w:pStyle w:val="ListParagraph"/>
        <w:spacing w:after="0"/>
        <w:ind w:left="0"/>
        <w:rPr>
          <w:rFonts w:ascii="Arial" w:eastAsia="Arial" w:hAnsi="Arial" w:cs="Arial"/>
          <w:sz w:val="24"/>
          <w:szCs w:val="24"/>
        </w:rPr>
      </w:pPr>
    </w:p>
    <w:p w14:paraId="5997AC61" w14:textId="77777777" w:rsidR="00CC1D7A" w:rsidRPr="00367BA0" w:rsidRDefault="00CC1D7A" w:rsidP="00C4789B">
      <w:pPr>
        <w:pStyle w:val="ListParagraph"/>
        <w:spacing w:after="0"/>
        <w:ind w:left="0"/>
        <w:rPr>
          <w:rFonts w:ascii="Arial" w:eastAsia="Arial" w:hAnsi="Arial" w:cs="Arial"/>
          <w:sz w:val="24"/>
          <w:szCs w:val="24"/>
        </w:rPr>
      </w:pPr>
      <w:r w:rsidRPr="00367BA0">
        <w:rPr>
          <w:rFonts w:ascii="Arial" w:eastAsia="Arial" w:hAnsi="Arial" w:cs="Arial"/>
          <w:sz w:val="24"/>
          <w:szCs w:val="24"/>
        </w:rPr>
        <w:t>Meeting chat link</w:t>
      </w:r>
    </w:p>
    <w:p w14:paraId="2ABCEA51" w14:textId="77777777" w:rsidR="00CC1D7A" w:rsidRPr="00367BA0" w:rsidRDefault="00CC1D7A" w:rsidP="00C4789B">
      <w:pPr>
        <w:pStyle w:val="ListParagraph"/>
        <w:spacing w:after="0"/>
        <w:ind w:left="0"/>
        <w:rPr>
          <w:rFonts w:ascii="Arial" w:eastAsia="Arial" w:hAnsi="Arial" w:cs="Arial"/>
          <w:sz w:val="24"/>
          <w:szCs w:val="24"/>
        </w:rPr>
      </w:pPr>
      <w:r w:rsidRPr="00367BA0">
        <w:rPr>
          <w:rFonts w:ascii="Arial" w:eastAsia="Arial" w:hAnsi="Arial" w:cs="Arial"/>
          <w:sz w:val="24"/>
          <w:szCs w:val="24"/>
        </w:rPr>
        <w:t>https://us06web.zoom.us/launch/jc/85871936340</w:t>
      </w:r>
    </w:p>
    <w:p w14:paraId="2C76008A" w14:textId="77777777" w:rsidR="00CC1D7A" w:rsidRPr="00367BA0" w:rsidRDefault="00CC1D7A" w:rsidP="00C4789B">
      <w:pPr>
        <w:pStyle w:val="ListParagraph"/>
        <w:spacing w:after="0"/>
        <w:ind w:left="0"/>
        <w:rPr>
          <w:rFonts w:ascii="Arial" w:eastAsia="Arial" w:hAnsi="Arial" w:cs="Arial"/>
          <w:sz w:val="24"/>
          <w:szCs w:val="24"/>
        </w:rPr>
      </w:pPr>
    </w:p>
    <w:p w14:paraId="45FF832D" w14:textId="77777777" w:rsidR="00CC1D7A" w:rsidRPr="00367BA0" w:rsidRDefault="00CC1D7A" w:rsidP="00C4789B">
      <w:pPr>
        <w:pStyle w:val="ListParagraph"/>
        <w:spacing w:after="0"/>
        <w:ind w:left="0"/>
        <w:rPr>
          <w:rFonts w:ascii="Arial" w:eastAsia="Arial" w:hAnsi="Arial" w:cs="Arial"/>
          <w:sz w:val="24"/>
          <w:szCs w:val="24"/>
        </w:rPr>
      </w:pPr>
      <w:r w:rsidRPr="00367BA0">
        <w:rPr>
          <w:rFonts w:ascii="Arial" w:eastAsia="Arial" w:hAnsi="Arial" w:cs="Arial"/>
          <w:sz w:val="24"/>
          <w:szCs w:val="24"/>
        </w:rPr>
        <w:t>View meeting insights</w:t>
      </w:r>
    </w:p>
    <w:p w14:paraId="76583567" w14:textId="77777777" w:rsidR="00CC1D7A" w:rsidRPr="00367BA0" w:rsidRDefault="00CC1D7A" w:rsidP="00C4789B">
      <w:pPr>
        <w:pStyle w:val="ListParagraph"/>
        <w:spacing w:after="0"/>
        <w:ind w:left="0"/>
        <w:rPr>
          <w:rFonts w:ascii="Arial" w:eastAsia="Arial" w:hAnsi="Arial" w:cs="Arial"/>
          <w:sz w:val="24"/>
          <w:szCs w:val="24"/>
        </w:rPr>
      </w:pPr>
      <w:r w:rsidRPr="00367BA0">
        <w:rPr>
          <w:rFonts w:ascii="Arial" w:eastAsia="Arial" w:hAnsi="Arial" w:cs="Arial"/>
          <w:sz w:val="24"/>
          <w:szCs w:val="24"/>
        </w:rPr>
        <w:t>https://us06web.zoom.us/launch/edl?muid=bcae6cc1-198d-421c-9d01-a45803324de4</w:t>
      </w:r>
    </w:p>
    <w:p w14:paraId="3105AB60" w14:textId="77777777" w:rsidR="00CC1D7A" w:rsidRPr="00367BA0" w:rsidRDefault="00CC1D7A" w:rsidP="00C4789B">
      <w:pPr>
        <w:pStyle w:val="ListParagraph"/>
        <w:spacing w:after="0"/>
        <w:ind w:left="0"/>
        <w:rPr>
          <w:rFonts w:ascii="Arial" w:eastAsia="Arial" w:hAnsi="Arial" w:cs="Arial"/>
          <w:sz w:val="24"/>
          <w:szCs w:val="24"/>
        </w:rPr>
      </w:pPr>
    </w:p>
    <w:p w14:paraId="418C5E90" w14:textId="77777777" w:rsidR="00CC1D7A" w:rsidRPr="00367BA0" w:rsidRDefault="00CC1D7A" w:rsidP="00C4789B">
      <w:pPr>
        <w:pStyle w:val="ListParagraph"/>
        <w:spacing w:after="0"/>
        <w:ind w:left="0"/>
        <w:rPr>
          <w:rFonts w:ascii="Arial" w:eastAsia="Arial" w:hAnsi="Arial" w:cs="Arial"/>
          <w:sz w:val="24"/>
          <w:szCs w:val="24"/>
        </w:rPr>
      </w:pPr>
      <w:r w:rsidRPr="00367BA0">
        <w:rPr>
          <w:rFonts w:ascii="Arial" w:eastAsia="Arial" w:hAnsi="Arial" w:cs="Arial"/>
          <w:sz w:val="24"/>
          <w:szCs w:val="24"/>
        </w:rPr>
        <w:t>Meeting ID: 858 7193 6340</w:t>
      </w:r>
    </w:p>
    <w:p w14:paraId="4114883D" w14:textId="77777777" w:rsidR="00CC1D7A" w:rsidRPr="00367BA0" w:rsidRDefault="00CC1D7A" w:rsidP="00C4789B">
      <w:pPr>
        <w:pStyle w:val="ListParagraph"/>
        <w:spacing w:after="0"/>
        <w:ind w:left="0"/>
        <w:rPr>
          <w:rFonts w:ascii="Arial" w:eastAsia="Arial" w:hAnsi="Arial" w:cs="Arial"/>
          <w:sz w:val="24"/>
          <w:szCs w:val="24"/>
        </w:rPr>
      </w:pPr>
      <w:r w:rsidRPr="00367BA0">
        <w:rPr>
          <w:rFonts w:ascii="Arial" w:eastAsia="Arial" w:hAnsi="Arial" w:cs="Arial"/>
          <w:sz w:val="24"/>
          <w:szCs w:val="24"/>
        </w:rPr>
        <w:t>Passcode: 265585</w:t>
      </w:r>
    </w:p>
    <w:p w14:paraId="1311C820" w14:textId="0E46FB0A" w:rsidR="00CC1D7A" w:rsidRPr="00367BA0" w:rsidRDefault="00CC1D7A" w:rsidP="00C4789B">
      <w:pPr>
        <w:spacing w:after="0"/>
        <w:rPr>
          <w:rFonts w:ascii="Arial" w:eastAsia="Arial" w:hAnsi="Arial" w:cs="Arial"/>
          <w:sz w:val="24"/>
          <w:szCs w:val="24"/>
        </w:rPr>
      </w:pPr>
    </w:p>
    <w:p w14:paraId="2C372FF2" w14:textId="77777777" w:rsidR="00CC1D7A" w:rsidRPr="00367BA0" w:rsidRDefault="00CC1D7A" w:rsidP="00C4789B">
      <w:pPr>
        <w:pStyle w:val="ListParagraph"/>
        <w:spacing w:after="0"/>
        <w:ind w:left="0"/>
        <w:rPr>
          <w:rFonts w:ascii="Arial" w:eastAsia="Arial" w:hAnsi="Arial" w:cs="Arial"/>
          <w:sz w:val="24"/>
          <w:szCs w:val="24"/>
        </w:rPr>
      </w:pPr>
      <w:r w:rsidRPr="00367BA0">
        <w:rPr>
          <w:rFonts w:ascii="Arial" w:eastAsia="Arial" w:hAnsi="Arial" w:cs="Arial"/>
          <w:sz w:val="24"/>
          <w:szCs w:val="24"/>
        </w:rPr>
        <w:t>One tap mobile</w:t>
      </w:r>
    </w:p>
    <w:p w14:paraId="5C3712DB" w14:textId="77777777" w:rsidR="00CC1D7A" w:rsidRPr="00367BA0" w:rsidRDefault="00CC1D7A" w:rsidP="00C4789B">
      <w:pPr>
        <w:pStyle w:val="ListParagraph"/>
        <w:spacing w:after="0"/>
        <w:ind w:left="0"/>
        <w:rPr>
          <w:rFonts w:ascii="Arial" w:eastAsia="Arial" w:hAnsi="Arial" w:cs="Arial"/>
          <w:sz w:val="24"/>
          <w:szCs w:val="24"/>
        </w:rPr>
      </w:pPr>
      <w:r w:rsidRPr="00367BA0">
        <w:rPr>
          <w:rFonts w:ascii="Arial" w:eastAsia="Arial" w:hAnsi="Arial" w:cs="Arial"/>
          <w:sz w:val="24"/>
          <w:szCs w:val="24"/>
        </w:rPr>
        <w:t>+13092053325,,85871936340#,,,,*265585# US</w:t>
      </w:r>
    </w:p>
    <w:p w14:paraId="47DB4163" w14:textId="77777777" w:rsidR="00CC1D7A" w:rsidRPr="00367BA0" w:rsidRDefault="00CC1D7A" w:rsidP="00C4789B">
      <w:pPr>
        <w:pStyle w:val="ListParagraph"/>
        <w:spacing w:after="0"/>
        <w:ind w:left="0"/>
        <w:rPr>
          <w:rFonts w:ascii="Arial" w:eastAsia="Arial" w:hAnsi="Arial" w:cs="Arial"/>
          <w:sz w:val="24"/>
          <w:szCs w:val="24"/>
        </w:rPr>
      </w:pPr>
      <w:r w:rsidRPr="00367BA0">
        <w:rPr>
          <w:rFonts w:ascii="Arial" w:eastAsia="Arial" w:hAnsi="Arial" w:cs="Arial"/>
          <w:sz w:val="24"/>
          <w:szCs w:val="24"/>
        </w:rPr>
        <w:t>+13126266799,,85871936340#,,,,*265585# US (Chicago)</w:t>
      </w:r>
    </w:p>
    <w:p w14:paraId="41684709" w14:textId="77777777" w:rsidR="00CC1D7A" w:rsidRPr="00CC1D7A" w:rsidRDefault="00CC1D7A" w:rsidP="00CC1D7A">
      <w:pPr>
        <w:pStyle w:val="ListParagraph"/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p w14:paraId="5879F677" w14:textId="77777777" w:rsidR="00CC1D7A" w:rsidRPr="00CC1D7A" w:rsidRDefault="00CC1D7A" w:rsidP="00CC1D7A">
      <w:pPr>
        <w:pStyle w:val="ListParagraph"/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sectPr w:rsidR="00CC1D7A" w:rsidRPr="00CC1D7A" w:rsidSect="006758B1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4A420" w14:textId="77777777" w:rsidR="00C432E4" w:rsidRDefault="00C432E4" w:rsidP="00F36ABA">
      <w:pPr>
        <w:spacing w:after="0" w:line="240" w:lineRule="auto"/>
      </w:pPr>
      <w:r>
        <w:separator/>
      </w:r>
    </w:p>
  </w:endnote>
  <w:endnote w:type="continuationSeparator" w:id="0">
    <w:p w14:paraId="76ECE0C3" w14:textId="77777777" w:rsidR="00C432E4" w:rsidRDefault="00C432E4" w:rsidP="00F36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767A9" w14:textId="77777777" w:rsidR="00C432E4" w:rsidRDefault="00C432E4" w:rsidP="00F36ABA">
      <w:pPr>
        <w:spacing w:after="0" w:line="240" w:lineRule="auto"/>
      </w:pPr>
      <w:r>
        <w:separator/>
      </w:r>
    </w:p>
  </w:footnote>
  <w:footnote w:type="continuationSeparator" w:id="0">
    <w:p w14:paraId="50CE3C4A" w14:textId="77777777" w:rsidR="00C432E4" w:rsidRDefault="00C432E4" w:rsidP="00F36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8F2D3B"/>
    <w:multiLevelType w:val="multilevel"/>
    <w:tmpl w:val="E7403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A0F01A2"/>
    <w:multiLevelType w:val="hybridMultilevel"/>
    <w:tmpl w:val="6E9A6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A5DE9"/>
    <w:multiLevelType w:val="hybridMultilevel"/>
    <w:tmpl w:val="62F60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435814"/>
    <w:multiLevelType w:val="hybridMultilevel"/>
    <w:tmpl w:val="800A7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6B06B8"/>
    <w:multiLevelType w:val="multilevel"/>
    <w:tmpl w:val="E05A5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5229CB"/>
    <w:multiLevelType w:val="multilevel"/>
    <w:tmpl w:val="229A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3452300"/>
    <w:multiLevelType w:val="hybridMultilevel"/>
    <w:tmpl w:val="9BD84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570E4"/>
    <w:multiLevelType w:val="hybridMultilevel"/>
    <w:tmpl w:val="3918B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31CF9"/>
    <w:multiLevelType w:val="hybridMultilevel"/>
    <w:tmpl w:val="7BACF0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10D27"/>
    <w:multiLevelType w:val="hybridMultilevel"/>
    <w:tmpl w:val="6376FAC6"/>
    <w:lvl w:ilvl="0" w:tplc="E116AA14">
      <w:numFmt w:val="bullet"/>
      <w:lvlText w:val="-"/>
      <w:lvlJc w:val="left"/>
      <w:pPr>
        <w:ind w:left="525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9" w15:restartNumberingAfterBreak="0">
    <w:nsid w:val="65A36360"/>
    <w:multiLevelType w:val="hybridMultilevel"/>
    <w:tmpl w:val="9252F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FA6ED0"/>
    <w:multiLevelType w:val="hybridMultilevel"/>
    <w:tmpl w:val="DE4C8B2E"/>
    <w:lvl w:ilvl="0" w:tplc="38EE57AC">
      <w:numFmt w:val="bullet"/>
      <w:lvlText w:val="-"/>
      <w:lvlJc w:val="left"/>
      <w:pPr>
        <w:ind w:left="525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1" w15:restartNumberingAfterBreak="0">
    <w:nsid w:val="6F206085"/>
    <w:multiLevelType w:val="hybridMultilevel"/>
    <w:tmpl w:val="12489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261E8B"/>
    <w:multiLevelType w:val="hybridMultilevel"/>
    <w:tmpl w:val="C1602428"/>
    <w:lvl w:ilvl="0" w:tplc="03B8F098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3" w15:restartNumberingAfterBreak="0">
    <w:nsid w:val="7DE05DC5"/>
    <w:multiLevelType w:val="hybridMultilevel"/>
    <w:tmpl w:val="413ACD78"/>
    <w:lvl w:ilvl="0" w:tplc="04090003">
      <w:start w:val="1"/>
      <w:numFmt w:val="bullet"/>
      <w:lvlText w:val="o"/>
      <w:lvlJc w:val="left"/>
      <w:pPr>
        <w:ind w:left="8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 w16cid:durableId="149955042">
    <w:abstractNumId w:val="8"/>
  </w:num>
  <w:num w:numId="2" w16cid:durableId="811826962">
    <w:abstractNumId w:val="6"/>
  </w:num>
  <w:num w:numId="3" w16cid:durableId="1730110172">
    <w:abstractNumId w:val="5"/>
  </w:num>
  <w:num w:numId="4" w16cid:durableId="685717985">
    <w:abstractNumId w:val="4"/>
  </w:num>
  <w:num w:numId="5" w16cid:durableId="253167404">
    <w:abstractNumId w:val="7"/>
  </w:num>
  <w:num w:numId="6" w16cid:durableId="1455515536">
    <w:abstractNumId w:val="3"/>
  </w:num>
  <w:num w:numId="7" w16cid:durableId="1892883663">
    <w:abstractNumId w:val="2"/>
  </w:num>
  <w:num w:numId="8" w16cid:durableId="1962884408">
    <w:abstractNumId w:val="1"/>
  </w:num>
  <w:num w:numId="9" w16cid:durableId="2091853182">
    <w:abstractNumId w:val="0"/>
  </w:num>
  <w:num w:numId="10" w16cid:durableId="803811082">
    <w:abstractNumId w:val="17"/>
  </w:num>
  <w:num w:numId="11" w16cid:durableId="342823755">
    <w:abstractNumId w:val="18"/>
  </w:num>
  <w:num w:numId="12" w16cid:durableId="1149320919">
    <w:abstractNumId w:val="23"/>
  </w:num>
  <w:num w:numId="13" w16cid:durableId="84814386">
    <w:abstractNumId w:val="20"/>
  </w:num>
  <w:num w:numId="14" w16cid:durableId="833185037">
    <w:abstractNumId w:val="16"/>
  </w:num>
  <w:num w:numId="15" w16cid:durableId="69735372">
    <w:abstractNumId w:val="21"/>
  </w:num>
  <w:num w:numId="16" w16cid:durableId="2025282615">
    <w:abstractNumId w:val="12"/>
  </w:num>
  <w:num w:numId="17" w16cid:durableId="1275282">
    <w:abstractNumId w:val="11"/>
  </w:num>
  <w:num w:numId="18" w16cid:durableId="311376502">
    <w:abstractNumId w:val="15"/>
  </w:num>
  <w:num w:numId="19" w16cid:durableId="1234773086">
    <w:abstractNumId w:val="19"/>
  </w:num>
  <w:num w:numId="20" w16cid:durableId="1811819994">
    <w:abstractNumId w:val="10"/>
  </w:num>
  <w:num w:numId="21" w16cid:durableId="1325015068">
    <w:abstractNumId w:val="22"/>
  </w:num>
  <w:num w:numId="22" w16cid:durableId="104663240">
    <w:abstractNumId w:val="13"/>
  </w:num>
  <w:num w:numId="23" w16cid:durableId="1799568258">
    <w:abstractNumId w:val="9"/>
  </w:num>
  <w:num w:numId="24" w16cid:durableId="14020187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36A2"/>
    <w:rsid w:val="00010452"/>
    <w:rsid w:val="00034616"/>
    <w:rsid w:val="000556BF"/>
    <w:rsid w:val="0006063C"/>
    <w:rsid w:val="00071835"/>
    <w:rsid w:val="000729C5"/>
    <w:rsid w:val="000B118A"/>
    <w:rsid w:val="000E4922"/>
    <w:rsid w:val="000F54A0"/>
    <w:rsid w:val="001114F8"/>
    <w:rsid w:val="00114496"/>
    <w:rsid w:val="00127AC5"/>
    <w:rsid w:val="0015074B"/>
    <w:rsid w:val="001740D0"/>
    <w:rsid w:val="001931E4"/>
    <w:rsid w:val="001C276D"/>
    <w:rsid w:val="001D3E05"/>
    <w:rsid w:val="001F2D80"/>
    <w:rsid w:val="0020032A"/>
    <w:rsid w:val="00217E30"/>
    <w:rsid w:val="00220558"/>
    <w:rsid w:val="002267C1"/>
    <w:rsid w:val="00250A36"/>
    <w:rsid w:val="00262396"/>
    <w:rsid w:val="00292AAC"/>
    <w:rsid w:val="0029639D"/>
    <w:rsid w:val="00326F90"/>
    <w:rsid w:val="00346985"/>
    <w:rsid w:val="003576E4"/>
    <w:rsid w:val="00367BA0"/>
    <w:rsid w:val="003949C2"/>
    <w:rsid w:val="003B2EC7"/>
    <w:rsid w:val="003D015C"/>
    <w:rsid w:val="003F6C56"/>
    <w:rsid w:val="00414965"/>
    <w:rsid w:val="004353BC"/>
    <w:rsid w:val="00461FDA"/>
    <w:rsid w:val="0047013D"/>
    <w:rsid w:val="004B79C6"/>
    <w:rsid w:val="004E2EFB"/>
    <w:rsid w:val="005C3506"/>
    <w:rsid w:val="00615049"/>
    <w:rsid w:val="00642B8D"/>
    <w:rsid w:val="00645754"/>
    <w:rsid w:val="006758B1"/>
    <w:rsid w:val="006D195B"/>
    <w:rsid w:val="00723A74"/>
    <w:rsid w:val="00732228"/>
    <w:rsid w:val="00762976"/>
    <w:rsid w:val="007637BA"/>
    <w:rsid w:val="00767046"/>
    <w:rsid w:val="007922C0"/>
    <w:rsid w:val="007B085F"/>
    <w:rsid w:val="007D65EC"/>
    <w:rsid w:val="007E14AC"/>
    <w:rsid w:val="007F371F"/>
    <w:rsid w:val="008215DC"/>
    <w:rsid w:val="008247AE"/>
    <w:rsid w:val="0082728F"/>
    <w:rsid w:val="00857737"/>
    <w:rsid w:val="008912A9"/>
    <w:rsid w:val="00891CC3"/>
    <w:rsid w:val="008A550F"/>
    <w:rsid w:val="008C49C9"/>
    <w:rsid w:val="00945746"/>
    <w:rsid w:val="00954C12"/>
    <w:rsid w:val="00973034"/>
    <w:rsid w:val="00975CB3"/>
    <w:rsid w:val="00983981"/>
    <w:rsid w:val="009C3631"/>
    <w:rsid w:val="009C59FF"/>
    <w:rsid w:val="009E78CD"/>
    <w:rsid w:val="00A13349"/>
    <w:rsid w:val="00A139AD"/>
    <w:rsid w:val="00A21E9D"/>
    <w:rsid w:val="00A61A36"/>
    <w:rsid w:val="00A65C60"/>
    <w:rsid w:val="00A806C0"/>
    <w:rsid w:val="00A8797B"/>
    <w:rsid w:val="00AA1D8D"/>
    <w:rsid w:val="00AF76D9"/>
    <w:rsid w:val="00B06FC3"/>
    <w:rsid w:val="00B24161"/>
    <w:rsid w:val="00B47730"/>
    <w:rsid w:val="00B805DA"/>
    <w:rsid w:val="00B909C3"/>
    <w:rsid w:val="00BB7A10"/>
    <w:rsid w:val="00BE79D1"/>
    <w:rsid w:val="00BF681B"/>
    <w:rsid w:val="00C023EF"/>
    <w:rsid w:val="00C11CC5"/>
    <w:rsid w:val="00C432E4"/>
    <w:rsid w:val="00C4789B"/>
    <w:rsid w:val="00C47FEB"/>
    <w:rsid w:val="00C54A60"/>
    <w:rsid w:val="00C66C00"/>
    <w:rsid w:val="00CA4BFB"/>
    <w:rsid w:val="00CB0664"/>
    <w:rsid w:val="00CC1D7A"/>
    <w:rsid w:val="00CE29BD"/>
    <w:rsid w:val="00D1129D"/>
    <w:rsid w:val="00DD5BFF"/>
    <w:rsid w:val="00E0404C"/>
    <w:rsid w:val="00E23396"/>
    <w:rsid w:val="00E529E8"/>
    <w:rsid w:val="00E650DC"/>
    <w:rsid w:val="00E74145"/>
    <w:rsid w:val="00ED6EE5"/>
    <w:rsid w:val="00EF3FE6"/>
    <w:rsid w:val="00F1201E"/>
    <w:rsid w:val="00F25F13"/>
    <w:rsid w:val="00F36ABA"/>
    <w:rsid w:val="00F529D0"/>
    <w:rsid w:val="00F946C7"/>
    <w:rsid w:val="00FB6A9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8DC5BE"/>
  <w14:defaultImageDpi w14:val="330"/>
  <w15:docId w15:val="{0F8CF74D-7129-483B-9015-87E134FA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57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737"/>
    <w:rPr>
      <w:rFonts w:ascii="Segoe UI" w:hAnsi="Segoe UI" w:cs="Segoe UI"/>
      <w:sz w:val="18"/>
      <w:szCs w:val="18"/>
    </w:rPr>
  </w:style>
  <w:style w:type="paragraph" w:customStyle="1" w:styleId="ccc16d0">
    <w:name w:val="___ccc16d0"/>
    <w:basedOn w:val="Normal"/>
    <w:rsid w:val="00C11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ui-text">
    <w:name w:val="fui-text"/>
    <w:basedOn w:val="DefaultParagraphFont"/>
    <w:rsid w:val="00C11CC5"/>
  </w:style>
  <w:style w:type="paragraph" w:customStyle="1" w:styleId="1ehrlty">
    <w:name w:val="___1ehrlty"/>
    <w:basedOn w:val="Normal"/>
    <w:rsid w:val="00C11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F09C46-8A27-4B00-BFF8-BD9A3C123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Andrew Gurschick</cp:lastModifiedBy>
  <cp:revision>11</cp:revision>
  <cp:lastPrinted>2026-02-07T23:05:00Z</cp:lastPrinted>
  <dcterms:created xsi:type="dcterms:W3CDTF">2026-07-31T23:47:00Z</dcterms:created>
  <dcterms:modified xsi:type="dcterms:W3CDTF">2026-08-03T15:28:00Z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-175809640</vt:i4>
  </property>
</Properties>
</file>