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DE1C4" w14:textId="77777777" w:rsidR="00AC26F7" w:rsidRPr="00A61F6B" w:rsidRDefault="00075490" w:rsidP="00A61F6B">
      <w:pPr>
        <w:pStyle w:val="NoSpacing"/>
        <w:ind w:left="5760" w:firstLine="720"/>
        <w:rPr>
          <w:rFonts w:ascii="Times New Roman" w:hAnsi="Times New Roman" w:cs="Times New Roman"/>
          <w:b/>
          <w:bCs/>
          <w:sz w:val="24"/>
          <w:szCs w:val="24"/>
        </w:rPr>
      </w:pPr>
      <w:r w:rsidRPr="00A61F6B">
        <w:rPr>
          <w:rFonts w:ascii="Times New Roman" w:hAnsi="Times New Roman" w:cs="Times New Roman"/>
          <w:b/>
          <w:bCs/>
          <w:sz w:val="24"/>
          <w:szCs w:val="24"/>
        </w:rPr>
        <w:t>SPECIAL SESSION MINUTES</w:t>
      </w:r>
    </w:p>
    <w:p w14:paraId="50293502" w14:textId="77777777" w:rsidR="00A61F6B" w:rsidRDefault="00075490" w:rsidP="00A61F6B">
      <w:pPr>
        <w:pStyle w:val="NoSpacing"/>
        <w:ind w:left="5760" w:firstLine="720"/>
        <w:rPr>
          <w:rFonts w:ascii="Times New Roman" w:hAnsi="Times New Roman" w:cs="Times New Roman"/>
          <w:b/>
          <w:bCs/>
          <w:sz w:val="24"/>
          <w:szCs w:val="24"/>
        </w:rPr>
      </w:pPr>
      <w:r w:rsidRPr="00A61F6B">
        <w:rPr>
          <w:rFonts w:ascii="Times New Roman" w:hAnsi="Times New Roman" w:cs="Times New Roman"/>
          <w:b/>
          <w:bCs/>
          <w:sz w:val="24"/>
          <w:szCs w:val="24"/>
        </w:rPr>
        <w:t>BUHLER CITY COUNCIL</w:t>
      </w:r>
    </w:p>
    <w:p w14:paraId="1D8F468E" w14:textId="7B4D29AA" w:rsidR="00AC26F7" w:rsidRDefault="0073319A" w:rsidP="00A61F6B">
      <w:pPr>
        <w:pStyle w:val="NoSpacing"/>
        <w:ind w:left="5760" w:firstLine="720"/>
        <w:rPr>
          <w:rFonts w:ascii="Times New Roman" w:hAnsi="Times New Roman" w:cs="Times New Roman"/>
          <w:b/>
          <w:bCs/>
          <w:sz w:val="24"/>
          <w:szCs w:val="24"/>
        </w:rPr>
      </w:pPr>
      <w:r>
        <w:rPr>
          <w:rFonts w:ascii="Times New Roman" w:hAnsi="Times New Roman" w:cs="Times New Roman"/>
          <w:b/>
          <w:bCs/>
          <w:sz w:val="24"/>
          <w:szCs w:val="24"/>
        </w:rPr>
        <w:t>OCTOBER 13</w:t>
      </w:r>
      <w:r w:rsidR="00075490" w:rsidRPr="00A61F6B">
        <w:rPr>
          <w:rFonts w:ascii="Times New Roman" w:hAnsi="Times New Roman" w:cs="Times New Roman"/>
          <w:b/>
          <w:bCs/>
          <w:sz w:val="24"/>
          <w:szCs w:val="24"/>
        </w:rPr>
        <w:t>, 2026</w:t>
      </w:r>
    </w:p>
    <w:p w14:paraId="4CA3D958" w14:textId="77777777" w:rsidR="00A61F6B" w:rsidRPr="00A61F6B" w:rsidRDefault="00A61F6B" w:rsidP="00A61F6B">
      <w:pPr>
        <w:pStyle w:val="NoSpacing"/>
        <w:ind w:left="5760" w:firstLine="720"/>
        <w:rPr>
          <w:rFonts w:ascii="Times New Roman" w:hAnsi="Times New Roman" w:cs="Times New Roman"/>
          <w:b/>
          <w:bCs/>
          <w:sz w:val="24"/>
          <w:szCs w:val="24"/>
        </w:rPr>
      </w:pPr>
    </w:p>
    <w:p w14:paraId="1C927FD8" w14:textId="77777777" w:rsidR="00AC26F7" w:rsidRPr="00A61F6B" w:rsidRDefault="00075490" w:rsidP="00A61F6B">
      <w:pPr>
        <w:rPr>
          <w:rFonts w:cs="Times New Roman"/>
          <w:b/>
          <w:bCs/>
          <w:sz w:val="24"/>
          <w:szCs w:val="24"/>
          <w:u w:val="single"/>
        </w:rPr>
      </w:pPr>
      <w:r w:rsidRPr="00A61F6B">
        <w:rPr>
          <w:rFonts w:cs="Times New Roman"/>
          <w:b/>
          <w:bCs/>
          <w:sz w:val="24"/>
          <w:szCs w:val="24"/>
          <w:u w:val="single"/>
        </w:rPr>
        <w:t>CALL TO ORDER</w:t>
      </w:r>
    </w:p>
    <w:p w14:paraId="3B3F352B" w14:textId="767FD1EE" w:rsidR="00AC26F7" w:rsidRDefault="00075490" w:rsidP="00A61F6B">
      <w:pPr>
        <w:rPr>
          <w:rFonts w:cs="Times New Roman"/>
          <w:sz w:val="24"/>
          <w:szCs w:val="24"/>
        </w:rPr>
      </w:pPr>
      <w:r w:rsidRPr="00A61F6B">
        <w:rPr>
          <w:rFonts w:cs="Times New Roman"/>
          <w:sz w:val="24"/>
          <w:szCs w:val="24"/>
        </w:rPr>
        <w:t xml:space="preserve">Mayor Ryan Wray called the special session of the City Council for the City of Buhler to order at 7:00 pm at the Buhler City </w:t>
      </w:r>
      <w:r w:rsidR="00A61F6B" w:rsidRPr="00A61F6B">
        <w:rPr>
          <w:rFonts w:cs="Times New Roman"/>
          <w:sz w:val="24"/>
          <w:szCs w:val="24"/>
        </w:rPr>
        <w:t>Offices</w:t>
      </w:r>
      <w:r w:rsidRPr="00A61F6B">
        <w:rPr>
          <w:rFonts w:cs="Times New Roman"/>
          <w:sz w:val="24"/>
          <w:szCs w:val="24"/>
        </w:rPr>
        <w:t xml:space="preserve"> on Tuesday, </w:t>
      </w:r>
      <w:r w:rsidR="0073319A">
        <w:rPr>
          <w:rFonts w:cs="Times New Roman"/>
          <w:sz w:val="24"/>
          <w:szCs w:val="24"/>
        </w:rPr>
        <w:t>October 13</w:t>
      </w:r>
      <w:r w:rsidRPr="00A61F6B">
        <w:rPr>
          <w:rFonts w:cs="Times New Roman"/>
          <w:sz w:val="24"/>
          <w:szCs w:val="24"/>
        </w:rPr>
        <w:t xml:space="preserve">, 2026. Councilmembers present: Councilmember Mike Knopp, Chuck Taylor, </w:t>
      </w:r>
      <w:r w:rsidR="0073319A">
        <w:rPr>
          <w:rFonts w:cs="Times New Roman"/>
          <w:sz w:val="24"/>
          <w:szCs w:val="24"/>
        </w:rPr>
        <w:t>Candace Davidson</w:t>
      </w:r>
      <w:r w:rsidRPr="00A61F6B">
        <w:rPr>
          <w:rFonts w:cs="Times New Roman"/>
          <w:sz w:val="24"/>
          <w:szCs w:val="24"/>
        </w:rPr>
        <w:t xml:space="preserve">, and Andrew Epp. Councilmember </w:t>
      </w:r>
      <w:r w:rsidR="0073319A">
        <w:rPr>
          <w:rFonts w:cs="Times New Roman"/>
          <w:sz w:val="24"/>
          <w:szCs w:val="24"/>
        </w:rPr>
        <w:t>Ryan Brady</w:t>
      </w:r>
      <w:r w:rsidRPr="00A61F6B">
        <w:rPr>
          <w:rFonts w:cs="Times New Roman"/>
          <w:sz w:val="24"/>
          <w:szCs w:val="24"/>
        </w:rPr>
        <w:t xml:space="preserve"> was absent.</w:t>
      </w:r>
    </w:p>
    <w:p w14:paraId="5C333879" w14:textId="77777777" w:rsidR="00A61F6B" w:rsidRPr="00A61F6B" w:rsidRDefault="00A61F6B" w:rsidP="00A61F6B">
      <w:pPr>
        <w:rPr>
          <w:rFonts w:cs="Times New Roman"/>
          <w:sz w:val="24"/>
          <w:szCs w:val="24"/>
        </w:rPr>
      </w:pPr>
    </w:p>
    <w:p w14:paraId="02E79934" w14:textId="3A25DC1E" w:rsidR="00AC26F7" w:rsidRPr="00A61F6B" w:rsidRDefault="0073319A" w:rsidP="00A61F6B">
      <w:pPr>
        <w:rPr>
          <w:rFonts w:cs="Times New Roman"/>
          <w:b/>
          <w:bCs/>
          <w:sz w:val="24"/>
          <w:szCs w:val="24"/>
          <w:u w:val="single"/>
        </w:rPr>
      </w:pPr>
      <w:r>
        <w:rPr>
          <w:rFonts w:cs="Times New Roman"/>
          <w:b/>
          <w:bCs/>
          <w:sz w:val="24"/>
          <w:szCs w:val="24"/>
          <w:u w:val="single"/>
        </w:rPr>
        <w:t>PUBLIC HEARING</w:t>
      </w:r>
    </w:p>
    <w:p w14:paraId="4E99C6D4" w14:textId="0D1BBBD4" w:rsidR="0073319A" w:rsidRPr="00A61F6B" w:rsidRDefault="0073319A" w:rsidP="0073319A">
      <w:pPr>
        <w:rPr>
          <w:rFonts w:cs="Times New Roman"/>
          <w:sz w:val="24"/>
          <w:szCs w:val="24"/>
        </w:rPr>
      </w:pPr>
      <w:r>
        <w:rPr>
          <w:rFonts w:cs="Times New Roman"/>
          <w:sz w:val="24"/>
          <w:szCs w:val="24"/>
        </w:rPr>
        <w:t xml:space="preserve">Mayor Wray asked to open up the floor for the public hearing. </w:t>
      </w:r>
      <w:r w:rsidRPr="00A61F6B">
        <w:rPr>
          <w:rFonts w:cs="Times New Roman"/>
          <w:b/>
          <w:bCs/>
          <w:sz w:val="24"/>
          <w:szCs w:val="24"/>
        </w:rPr>
        <w:t xml:space="preserve">A motion was made by Councilmember </w:t>
      </w:r>
      <w:r w:rsidR="00600808">
        <w:rPr>
          <w:rFonts w:cs="Times New Roman"/>
          <w:b/>
          <w:bCs/>
          <w:sz w:val="24"/>
          <w:szCs w:val="24"/>
        </w:rPr>
        <w:t>Epp</w:t>
      </w:r>
      <w:r w:rsidRPr="00A61F6B">
        <w:rPr>
          <w:rFonts w:cs="Times New Roman"/>
          <w:b/>
          <w:bCs/>
          <w:sz w:val="24"/>
          <w:szCs w:val="24"/>
        </w:rPr>
        <w:t xml:space="preserve">, seconded by Councilmember </w:t>
      </w:r>
      <w:r w:rsidR="00600808">
        <w:rPr>
          <w:rFonts w:cs="Times New Roman"/>
          <w:b/>
          <w:bCs/>
          <w:sz w:val="24"/>
          <w:szCs w:val="24"/>
        </w:rPr>
        <w:t>Knopp</w:t>
      </w:r>
      <w:r w:rsidRPr="00A61F6B">
        <w:rPr>
          <w:rFonts w:cs="Times New Roman"/>
          <w:b/>
          <w:bCs/>
          <w:sz w:val="24"/>
          <w:szCs w:val="24"/>
        </w:rPr>
        <w:t xml:space="preserve">, to </w:t>
      </w:r>
      <w:r>
        <w:rPr>
          <w:rFonts w:cs="Times New Roman"/>
          <w:b/>
          <w:bCs/>
          <w:sz w:val="24"/>
          <w:szCs w:val="24"/>
        </w:rPr>
        <w:t xml:space="preserve">open the meeting for the public hearing. </w:t>
      </w:r>
      <w:r w:rsidRPr="00A61F6B">
        <w:rPr>
          <w:rFonts w:cs="Times New Roman"/>
          <w:sz w:val="24"/>
          <w:szCs w:val="24"/>
        </w:rPr>
        <w:t xml:space="preserve">Voice Vote – </w:t>
      </w:r>
      <w:r>
        <w:rPr>
          <w:rFonts w:cs="Times New Roman"/>
          <w:sz w:val="24"/>
          <w:szCs w:val="24"/>
        </w:rPr>
        <w:t>4</w:t>
      </w:r>
      <w:r w:rsidRPr="00A61F6B">
        <w:rPr>
          <w:rFonts w:cs="Times New Roman"/>
          <w:sz w:val="24"/>
          <w:szCs w:val="24"/>
        </w:rPr>
        <w:t xml:space="preserve"> yeas, 0 nays – Carried.</w:t>
      </w:r>
    </w:p>
    <w:p w14:paraId="3F2B00AF" w14:textId="7C6D9E76" w:rsidR="0073319A" w:rsidRPr="0073319A" w:rsidRDefault="0073319A" w:rsidP="00A61F6B">
      <w:pPr>
        <w:rPr>
          <w:rFonts w:cs="Times New Roman"/>
          <w:sz w:val="24"/>
          <w:szCs w:val="24"/>
        </w:rPr>
      </w:pPr>
      <w:r>
        <w:rPr>
          <w:rFonts w:cs="Times New Roman"/>
          <w:sz w:val="24"/>
          <w:szCs w:val="24"/>
        </w:rPr>
        <w:t xml:space="preserve">Jeff Peterson from Miller &amp; Associates explained to the council the project specs, and the needs for the upgrades on the sewer plant to be able to meet the phosphorus level issues the plant has been having. </w:t>
      </w:r>
    </w:p>
    <w:p w14:paraId="485E835E" w14:textId="199BB1FA" w:rsidR="00AC26F7" w:rsidRPr="00A61F6B" w:rsidRDefault="00075490" w:rsidP="00A61F6B">
      <w:pPr>
        <w:rPr>
          <w:rFonts w:cs="Times New Roman"/>
          <w:sz w:val="24"/>
          <w:szCs w:val="24"/>
        </w:rPr>
      </w:pPr>
      <w:r w:rsidRPr="00A61F6B">
        <w:rPr>
          <w:rFonts w:cs="Times New Roman"/>
          <w:b/>
          <w:bCs/>
          <w:sz w:val="24"/>
          <w:szCs w:val="24"/>
        </w:rPr>
        <w:t xml:space="preserve">A motion was made by Councilmember </w:t>
      </w:r>
      <w:r w:rsidR="0073319A">
        <w:rPr>
          <w:rFonts w:cs="Times New Roman"/>
          <w:b/>
          <w:bCs/>
          <w:sz w:val="24"/>
          <w:szCs w:val="24"/>
        </w:rPr>
        <w:t>Taylor</w:t>
      </w:r>
      <w:r w:rsidRPr="00A61F6B">
        <w:rPr>
          <w:rFonts w:cs="Times New Roman"/>
          <w:b/>
          <w:bCs/>
          <w:sz w:val="24"/>
          <w:szCs w:val="24"/>
        </w:rPr>
        <w:t xml:space="preserve">, seconded by Councilmember </w:t>
      </w:r>
      <w:r w:rsidR="0073319A">
        <w:rPr>
          <w:rFonts w:cs="Times New Roman"/>
          <w:b/>
          <w:bCs/>
          <w:sz w:val="24"/>
          <w:szCs w:val="24"/>
        </w:rPr>
        <w:t>Davidson</w:t>
      </w:r>
      <w:r w:rsidRPr="00A61F6B">
        <w:rPr>
          <w:rFonts w:cs="Times New Roman"/>
          <w:b/>
          <w:bCs/>
          <w:sz w:val="24"/>
          <w:szCs w:val="24"/>
        </w:rPr>
        <w:t xml:space="preserve">, to </w:t>
      </w:r>
      <w:r w:rsidR="0073319A">
        <w:rPr>
          <w:rFonts w:cs="Times New Roman"/>
          <w:b/>
          <w:bCs/>
          <w:sz w:val="24"/>
          <w:szCs w:val="24"/>
        </w:rPr>
        <w:t>close the public hearing</w:t>
      </w:r>
      <w:r w:rsidRPr="00A61F6B">
        <w:rPr>
          <w:rFonts w:cs="Times New Roman"/>
          <w:b/>
          <w:bCs/>
          <w:sz w:val="24"/>
          <w:szCs w:val="24"/>
        </w:rPr>
        <w:t>.</w:t>
      </w:r>
      <w:r w:rsidRPr="00A61F6B">
        <w:rPr>
          <w:rFonts w:cs="Times New Roman"/>
          <w:sz w:val="24"/>
          <w:szCs w:val="24"/>
        </w:rPr>
        <w:t xml:space="preserve"> Voice Vote – 4 yeas, 0 nays – Carried.</w:t>
      </w:r>
    </w:p>
    <w:p w14:paraId="6CE2960C" w14:textId="219C4998" w:rsidR="00AC26F7" w:rsidRDefault="00075490" w:rsidP="00A61F6B">
      <w:pPr>
        <w:rPr>
          <w:rFonts w:cs="Times New Roman"/>
          <w:sz w:val="24"/>
          <w:szCs w:val="24"/>
        </w:rPr>
      </w:pPr>
      <w:r w:rsidRPr="00A61F6B">
        <w:rPr>
          <w:rFonts w:cs="Times New Roman"/>
          <w:sz w:val="24"/>
          <w:szCs w:val="24"/>
        </w:rPr>
        <w:t xml:space="preserve">Mayor Wray </w:t>
      </w:r>
      <w:r w:rsidR="0073319A">
        <w:rPr>
          <w:rFonts w:cs="Times New Roman"/>
          <w:sz w:val="24"/>
          <w:szCs w:val="24"/>
        </w:rPr>
        <w:t>asked the council to review the resolution, and asked for a motion.</w:t>
      </w:r>
    </w:p>
    <w:p w14:paraId="4BA32F96" w14:textId="35156E3B" w:rsidR="00AC26F7" w:rsidRPr="00A61F6B" w:rsidRDefault="00075490" w:rsidP="00A61F6B">
      <w:pPr>
        <w:rPr>
          <w:rFonts w:cs="Times New Roman"/>
          <w:sz w:val="24"/>
          <w:szCs w:val="24"/>
        </w:rPr>
      </w:pPr>
      <w:r w:rsidRPr="00A61F6B">
        <w:rPr>
          <w:rFonts w:cs="Times New Roman"/>
          <w:b/>
          <w:bCs/>
          <w:sz w:val="24"/>
          <w:szCs w:val="24"/>
        </w:rPr>
        <w:t xml:space="preserve">A motion was made by Councilmember </w:t>
      </w:r>
      <w:r w:rsidR="0073319A">
        <w:rPr>
          <w:rFonts w:cs="Times New Roman"/>
          <w:b/>
          <w:bCs/>
          <w:sz w:val="24"/>
          <w:szCs w:val="24"/>
        </w:rPr>
        <w:t>Davidson</w:t>
      </w:r>
      <w:r w:rsidRPr="00A61F6B">
        <w:rPr>
          <w:rFonts w:cs="Times New Roman"/>
          <w:b/>
          <w:bCs/>
          <w:sz w:val="24"/>
          <w:szCs w:val="24"/>
        </w:rPr>
        <w:t xml:space="preserve">, seconded by Councilmember </w:t>
      </w:r>
      <w:r w:rsidR="00600808">
        <w:rPr>
          <w:rFonts w:cs="Times New Roman"/>
          <w:b/>
          <w:bCs/>
          <w:sz w:val="24"/>
          <w:szCs w:val="24"/>
        </w:rPr>
        <w:t>Epp</w:t>
      </w:r>
      <w:r w:rsidRPr="00A61F6B">
        <w:rPr>
          <w:rFonts w:cs="Times New Roman"/>
          <w:b/>
          <w:bCs/>
          <w:sz w:val="24"/>
          <w:szCs w:val="24"/>
        </w:rPr>
        <w:t xml:space="preserve">, to </w:t>
      </w:r>
      <w:r w:rsidR="00600808">
        <w:rPr>
          <w:rFonts w:cs="Times New Roman"/>
          <w:b/>
          <w:bCs/>
          <w:sz w:val="24"/>
          <w:szCs w:val="24"/>
        </w:rPr>
        <w:t>pass Resolution 206-16 – authorization for City of Buhler to file an application with KDHE for a loan under the KWPCRFA for the sewer plant</w:t>
      </w:r>
      <w:r w:rsidRPr="00A61F6B">
        <w:rPr>
          <w:rFonts w:cs="Times New Roman"/>
          <w:b/>
          <w:bCs/>
          <w:sz w:val="24"/>
          <w:szCs w:val="24"/>
        </w:rPr>
        <w:t>.</w:t>
      </w:r>
      <w:r w:rsidRPr="00A61F6B">
        <w:rPr>
          <w:rFonts w:cs="Times New Roman"/>
          <w:sz w:val="24"/>
          <w:szCs w:val="24"/>
        </w:rPr>
        <w:t xml:space="preserve"> Voice Vote – 4 yeas, 0 nays – Carried.</w:t>
      </w:r>
    </w:p>
    <w:p w14:paraId="1CE9F875" w14:textId="75ADF2D3" w:rsidR="00D86795" w:rsidRPr="00F53AC0" w:rsidRDefault="00075490" w:rsidP="00F53AC0">
      <w:pPr>
        <w:pStyle w:val="NoSpacing"/>
        <w:rPr>
          <w:rFonts w:ascii="Times New Roman" w:hAnsi="Times New Roman" w:cs="Times New Roman"/>
          <w:sz w:val="24"/>
          <w:szCs w:val="24"/>
        </w:rPr>
      </w:pPr>
      <w:r w:rsidRPr="00D86795">
        <w:rPr>
          <w:b/>
          <w:bCs/>
        </w:rPr>
        <w:t xml:space="preserve">A motion was made by Councilmember Taylor, seconded by Councilmember </w:t>
      </w:r>
      <w:r w:rsidR="00600808">
        <w:rPr>
          <w:b/>
          <w:bCs/>
        </w:rPr>
        <w:t>Knopp</w:t>
      </w:r>
      <w:r w:rsidRPr="00D86795">
        <w:rPr>
          <w:b/>
          <w:bCs/>
        </w:rPr>
        <w:t>, to adjourn.</w:t>
      </w:r>
      <w:r w:rsidRPr="00A61F6B">
        <w:t xml:space="preserve"> </w:t>
      </w:r>
      <w:r w:rsidRPr="00F53AC0">
        <w:rPr>
          <w:rFonts w:ascii="Times New Roman" w:hAnsi="Times New Roman" w:cs="Times New Roman"/>
          <w:sz w:val="24"/>
          <w:szCs w:val="24"/>
        </w:rPr>
        <w:t>Voice Vote – 4 yeas, 0 nays – Carried.</w:t>
      </w:r>
    </w:p>
    <w:p w14:paraId="6E9DFD99" w14:textId="429C759C" w:rsidR="00D86795" w:rsidRPr="00F53AC0" w:rsidRDefault="00D86795" w:rsidP="00F53AC0">
      <w:pPr>
        <w:pStyle w:val="NoSpacing"/>
        <w:rPr>
          <w:rFonts w:ascii="Times New Roman" w:hAnsi="Times New Roman" w:cs="Times New Roman"/>
          <w:sz w:val="24"/>
          <w:szCs w:val="24"/>
        </w:rPr>
      </w:pPr>
      <w:r w:rsidRPr="00F53AC0">
        <w:rPr>
          <w:rFonts w:ascii="Times New Roman" w:hAnsi="Times New Roman" w:cs="Times New Roman"/>
          <w:sz w:val="24"/>
          <w:szCs w:val="24"/>
        </w:rPr>
        <w:t xml:space="preserve">Adjourned at </w:t>
      </w:r>
      <w:r w:rsidR="00600808">
        <w:rPr>
          <w:rFonts w:ascii="Times New Roman" w:hAnsi="Times New Roman" w:cs="Times New Roman"/>
          <w:sz w:val="24"/>
          <w:szCs w:val="24"/>
        </w:rPr>
        <w:t>7</w:t>
      </w:r>
      <w:r w:rsidRPr="00F53AC0">
        <w:rPr>
          <w:rFonts w:ascii="Times New Roman" w:hAnsi="Times New Roman" w:cs="Times New Roman"/>
          <w:sz w:val="24"/>
          <w:szCs w:val="24"/>
        </w:rPr>
        <w:t>:</w:t>
      </w:r>
      <w:r w:rsidR="00600808">
        <w:rPr>
          <w:rFonts w:ascii="Times New Roman" w:hAnsi="Times New Roman" w:cs="Times New Roman"/>
          <w:sz w:val="24"/>
          <w:szCs w:val="24"/>
        </w:rPr>
        <w:t>16</w:t>
      </w:r>
      <w:r w:rsidRPr="00F53AC0">
        <w:rPr>
          <w:rFonts w:ascii="Times New Roman" w:hAnsi="Times New Roman" w:cs="Times New Roman"/>
          <w:sz w:val="24"/>
          <w:szCs w:val="24"/>
        </w:rPr>
        <w:t>pm.</w:t>
      </w:r>
    </w:p>
    <w:p w14:paraId="42FC7D5E" w14:textId="56ED7493" w:rsidR="00AC26F7" w:rsidRDefault="00075490" w:rsidP="00D86795">
      <w:pPr>
        <w:ind w:left="5040" w:firstLine="720"/>
        <w:rPr>
          <w:rFonts w:cs="Times New Roman"/>
          <w:sz w:val="24"/>
          <w:szCs w:val="24"/>
        </w:rPr>
      </w:pPr>
      <w:r w:rsidRPr="00A61F6B">
        <w:rPr>
          <w:rFonts w:cs="Times New Roman"/>
          <w:sz w:val="24"/>
          <w:szCs w:val="24"/>
        </w:rPr>
        <w:t>Respectfully submitted,</w:t>
      </w:r>
    </w:p>
    <w:p w14:paraId="3DFCD505" w14:textId="77777777" w:rsidR="00D86795" w:rsidRDefault="00D86795" w:rsidP="00A61F6B">
      <w:pPr>
        <w:rPr>
          <w:rFonts w:cs="Times New Roman"/>
          <w:sz w:val="24"/>
          <w:szCs w:val="24"/>
        </w:rPr>
      </w:pPr>
    </w:p>
    <w:p w14:paraId="3035575F" w14:textId="77777777" w:rsidR="00D86795" w:rsidRPr="00A61F6B" w:rsidRDefault="00D86795" w:rsidP="00A61F6B">
      <w:pPr>
        <w:rPr>
          <w:rFonts w:cs="Times New Roman"/>
          <w:sz w:val="24"/>
          <w:szCs w:val="24"/>
        </w:rPr>
      </w:pPr>
    </w:p>
    <w:p w14:paraId="6B625B9C" w14:textId="4DFE833B" w:rsidR="00AC26F7" w:rsidRDefault="00075490" w:rsidP="00D86795">
      <w:pPr>
        <w:ind w:left="5040" w:firstLine="720"/>
        <w:rPr>
          <w:rFonts w:cs="Times New Roman"/>
          <w:sz w:val="24"/>
          <w:szCs w:val="24"/>
        </w:rPr>
      </w:pPr>
      <w:r w:rsidRPr="00A61F6B">
        <w:rPr>
          <w:rFonts w:cs="Times New Roman"/>
          <w:sz w:val="24"/>
          <w:szCs w:val="24"/>
        </w:rPr>
        <w:t>Sara</w:t>
      </w:r>
      <w:r w:rsidR="00600808">
        <w:rPr>
          <w:rFonts w:cs="Times New Roman"/>
          <w:sz w:val="24"/>
          <w:szCs w:val="24"/>
        </w:rPr>
        <w:t xml:space="preserve"> Howard</w:t>
      </w:r>
      <w:r w:rsidRPr="00A61F6B">
        <w:rPr>
          <w:rFonts w:cs="Times New Roman"/>
          <w:sz w:val="24"/>
          <w:szCs w:val="24"/>
        </w:rPr>
        <w:t>, City Clerk</w:t>
      </w:r>
    </w:p>
    <w:p w14:paraId="6B839478" w14:textId="77777777" w:rsidR="00D86795" w:rsidRPr="00A61F6B" w:rsidRDefault="00D86795" w:rsidP="00D86795">
      <w:pPr>
        <w:ind w:left="5040" w:firstLine="720"/>
        <w:rPr>
          <w:rFonts w:cs="Times New Roman"/>
          <w:sz w:val="24"/>
          <w:szCs w:val="24"/>
        </w:rPr>
      </w:pPr>
    </w:p>
    <w:p w14:paraId="37614F0E" w14:textId="0FE2FE87" w:rsidR="00AC26F7" w:rsidRPr="00A61F6B" w:rsidRDefault="00075490" w:rsidP="00A61F6B">
      <w:pPr>
        <w:rPr>
          <w:rFonts w:cs="Times New Roman"/>
          <w:sz w:val="24"/>
          <w:szCs w:val="24"/>
        </w:rPr>
      </w:pPr>
      <w:r w:rsidRPr="00A61F6B">
        <w:rPr>
          <w:rFonts w:cs="Times New Roman"/>
          <w:sz w:val="24"/>
          <w:szCs w:val="24"/>
        </w:rPr>
        <w:t xml:space="preserve">PRESENT:                                               </w:t>
      </w:r>
      <w:r w:rsidR="00D86795">
        <w:rPr>
          <w:rFonts w:cs="Times New Roman"/>
          <w:sz w:val="24"/>
          <w:szCs w:val="24"/>
        </w:rPr>
        <w:tab/>
      </w:r>
      <w:r w:rsidR="00D86795">
        <w:rPr>
          <w:rFonts w:cs="Times New Roman"/>
          <w:sz w:val="24"/>
          <w:szCs w:val="24"/>
        </w:rPr>
        <w:tab/>
      </w:r>
      <w:r w:rsidR="00D86795">
        <w:rPr>
          <w:rFonts w:cs="Times New Roman"/>
          <w:sz w:val="24"/>
          <w:szCs w:val="24"/>
        </w:rPr>
        <w:tab/>
      </w:r>
      <w:r w:rsidRPr="00A61F6B">
        <w:rPr>
          <w:rFonts w:cs="Times New Roman"/>
          <w:sz w:val="24"/>
          <w:szCs w:val="24"/>
        </w:rPr>
        <w:t xml:space="preserve"> GUESTS:</w:t>
      </w:r>
    </w:p>
    <w:p w14:paraId="345EE05B" w14:textId="66A2140B" w:rsidR="00D86795" w:rsidRDefault="00600808" w:rsidP="00600808">
      <w:pPr>
        <w:pStyle w:val="NoSpacing"/>
        <w:rPr>
          <w:rFonts w:ascii="Times New Roman" w:hAnsi="Times New Roman" w:cs="Times New Roman"/>
          <w:sz w:val="24"/>
          <w:szCs w:val="24"/>
        </w:rPr>
      </w:pPr>
      <w:r>
        <w:rPr>
          <w:rFonts w:ascii="Times New Roman" w:hAnsi="Times New Roman" w:cs="Times New Roman"/>
          <w:sz w:val="24"/>
          <w:szCs w:val="24"/>
        </w:rPr>
        <w:t>City Clerk Sara Howard</w:t>
      </w:r>
      <w:r w:rsidR="00D86795">
        <w:rPr>
          <w:rFonts w:ascii="Times New Roman" w:hAnsi="Times New Roman" w:cs="Times New Roman"/>
          <w:sz w:val="24"/>
          <w:szCs w:val="24"/>
        </w:rPr>
        <w:tab/>
      </w:r>
      <w:r w:rsidR="00D86795">
        <w:rPr>
          <w:rFonts w:ascii="Times New Roman" w:hAnsi="Times New Roman" w:cs="Times New Roman"/>
          <w:sz w:val="24"/>
          <w:szCs w:val="24"/>
        </w:rPr>
        <w:tab/>
      </w:r>
      <w:r w:rsidR="00D86795">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Jeff Peterson, Miller &amp; Associates </w:t>
      </w:r>
    </w:p>
    <w:p w14:paraId="6E5F403B" w14:textId="265B645C" w:rsidR="00D86795" w:rsidRDefault="00D86795" w:rsidP="00600808">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7D2A948" w14:textId="1B25EE7F" w:rsidR="00D86795" w:rsidRPr="00D86795" w:rsidRDefault="00D86795" w:rsidP="00D86795">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sectPr w:rsidR="00D86795" w:rsidRPr="00D86795"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25818388">
    <w:abstractNumId w:val="8"/>
  </w:num>
  <w:num w:numId="2" w16cid:durableId="1383602642">
    <w:abstractNumId w:val="6"/>
  </w:num>
  <w:num w:numId="3" w16cid:durableId="1605771204">
    <w:abstractNumId w:val="5"/>
  </w:num>
  <w:num w:numId="4" w16cid:durableId="500317762">
    <w:abstractNumId w:val="4"/>
  </w:num>
  <w:num w:numId="5" w16cid:durableId="1631210499">
    <w:abstractNumId w:val="7"/>
  </w:num>
  <w:num w:numId="6" w16cid:durableId="1789466072">
    <w:abstractNumId w:val="3"/>
  </w:num>
  <w:num w:numId="7" w16cid:durableId="457837358">
    <w:abstractNumId w:val="2"/>
  </w:num>
  <w:num w:numId="8" w16cid:durableId="987124596">
    <w:abstractNumId w:val="1"/>
  </w:num>
  <w:num w:numId="9" w16cid:durableId="1089156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5490"/>
    <w:rsid w:val="000E5725"/>
    <w:rsid w:val="0015074B"/>
    <w:rsid w:val="0029639D"/>
    <w:rsid w:val="00326F90"/>
    <w:rsid w:val="00600808"/>
    <w:rsid w:val="0073319A"/>
    <w:rsid w:val="00787F03"/>
    <w:rsid w:val="00870044"/>
    <w:rsid w:val="00A61F6B"/>
    <w:rsid w:val="00AA1D8D"/>
    <w:rsid w:val="00AC26F7"/>
    <w:rsid w:val="00B47730"/>
    <w:rsid w:val="00CB0664"/>
    <w:rsid w:val="00D86795"/>
    <w:rsid w:val="00F53AC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B676D7"/>
  <w14:defaultImageDpi w14:val="300"/>
  <w15:docId w15:val="{89DE114C-50C5-43EF-9038-6243D1396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245</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 Howard</cp:lastModifiedBy>
  <cp:revision>2</cp:revision>
  <cp:lastPrinted>2026-09-23T18:15:00Z</cp:lastPrinted>
  <dcterms:created xsi:type="dcterms:W3CDTF">2026-10-14T13:49:00Z</dcterms:created>
  <dcterms:modified xsi:type="dcterms:W3CDTF">2026-10-14T13:49:00Z</dcterms:modified>
  <cp:category/>
</cp:coreProperties>
</file>