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77480" w14:textId="77777777" w:rsidR="006D06AA" w:rsidRDefault="00563F66">
      <w:pPr>
        <w:jc w:val="center"/>
      </w:pPr>
      <w:r>
        <w:rPr>
          <w:b/>
        </w:rPr>
        <w:t>CITY OF BUHLER KANSAS</w:t>
      </w:r>
    </w:p>
    <w:p w14:paraId="4E9D5181" w14:textId="77777777" w:rsidR="006D06AA" w:rsidRDefault="00563F66">
      <w:pPr>
        <w:pStyle w:val="Title"/>
        <w:jc w:val="center"/>
      </w:pPr>
      <w:r>
        <w:rPr>
          <w:rFonts w:ascii="Times New Roman" w:hAnsi="Times New Roman"/>
        </w:rPr>
        <w:t>NOTICE OF PUBLIC HEARING</w:t>
      </w:r>
    </w:p>
    <w:p w14:paraId="044C9736" w14:textId="77777777" w:rsidR="006D06AA" w:rsidRDefault="00563F66">
      <w:pPr>
        <w:jc w:val="center"/>
      </w:pPr>
      <w:r>
        <w:rPr>
          <w:b/>
        </w:rPr>
        <w:t>Petition for Deannexation</w:t>
      </w:r>
    </w:p>
    <w:p w14:paraId="0951A1D3" w14:textId="77777777" w:rsidR="006D06AA" w:rsidRDefault="00563F66">
      <w:r>
        <w:t xml:space="preserve">Pursuant to K.S.A. 12-504, notice is hereby given that a petition has been filed in the office of the City Clerk by Keith Real Estate, LLC, requesting deannexation and </w:t>
      </w:r>
      <w:r>
        <w:t>exclusion from the corporate boundaries of the City of Buhler, Kansas, of the following property in Reno County, Kansas:</w:t>
      </w:r>
    </w:p>
    <w:p w14:paraId="1BB9DFC4" w14:textId="77777777" w:rsidR="006D06AA" w:rsidRDefault="00563F66">
      <w:r>
        <w:t>Approximately 1.8 acres at the northwest corner of North Buhler Road and 82nd Avenue, generally located at 8207 N. Buhler Road, Buhler, Kansas 67522; Parcel No. 00188; Quick Ref ID R192.</w:t>
      </w:r>
    </w:p>
    <w:p w14:paraId="44CA19F3" w14:textId="19902F5F" w:rsidR="006D06AA" w:rsidRDefault="00563F66">
      <w:r>
        <w:rPr>
          <w:b/>
        </w:rPr>
        <w:t xml:space="preserve">Legal description: </w:t>
      </w:r>
      <w:r>
        <w:rPr>
          <w:i/>
        </w:rPr>
        <w:t>LITTLE RIVER TOWNSHIP, S08, T22, R04W, ACRES 1.8, TR COM SE COR SE/4 TH N 60 FT TO POB TH W 338.99 FT TH N 257 FT TH E 338.99 FT TH S 257 FT TO POB LESS RD R/W</w:t>
      </w:r>
    </w:p>
    <w:p w14:paraId="18525E84" w14:textId="77777777" w:rsidR="006D06AA" w:rsidRDefault="00563F66">
      <w:r>
        <w:t>The public hearing on the petition will be held before the governing body of the City of Buhler during the City Council meeting on Tuesday, October 27, 2026, at 7:00 p.m., at Buhler City Hall, 219 N. Main Street, Buhler, Kansas.</w:t>
      </w:r>
    </w:p>
    <w:p w14:paraId="2B009C43" w14:textId="77777777" w:rsidR="006D06AA" w:rsidRDefault="00563F66">
      <w:r>
        <w:t>All interested persons may appear at the hearing and will be given an opportunity to be heard concerning the petition. The petition is available for inspection in the office of the City Clerk at City Hall during regular office hours.</w:t>
      </w:r>
    </w:p>
    <w:p w14:paraId="5177738E" w14:textId="77777777" w:rsidR="006D06AA" w:rsidRDefault="00563F66">
      <w:r>
        <w:t>Sara Howard</w:t>
      </w:r>
      <w:r>
        <w:br/>
        <w:t>City Clerk</w:t>
      </w:r>
      <w:r>
        <w:br/>
        <w:t>City of Buhler, Kansas</w:t>
      </w:r>
    </w:p>
    <w:sectPr w:rsidR="006D06A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9477833">
    <w:abstractNumId w:val="8"/>
  </w:num>
  <w:num w:numId="2" w16cid:durableId="1222328964">
    <w:abstractNumId w:val="6"/>
  </w:num>
  <w:num w:numId="3" w16cid:durableId="286813841">
    <w:abstractNumId w:val="5"/>
  </w:num>
  <w:num w:numId="4" w16cid:durableId="1876579189">
    <w:abstractNumId w:val="4"/>
  </w:num>
  <w:num w:numId="5" w16cid:durableId="475729990">
    <w:abstractNumId w:val="7"/>
  </w:num>
  <w:num w:numId="6" w16cid:durableId="1689595646">
    <w:abstractNumId w:val="3"/>
  </w:num>
  <w:num w:numId="7" w16cid:durableId="1085345316">
    <w:abstractNumId w:val="2"/>
  </w:num>
  <w:num w:numId="8" w16cid:durableId="498034475">
    <w:abstractNumId w:val="1"/>
  </w:num>
  <w:num w:numId="9" w16cid:durableId="1279878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63F66"/>
    <w:rsid w:val="006D06A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66B4C1"/>
  <w14:defaultImageDpi w14:val="300"/>
  <w15:docId w15:val="{A1A3477C-FA7A-4C5A-80BB-61105E5D1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40" w:line="259"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184</Words>
  <Characters>1053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 Howard</cp:lastModifiedBy>
  <cp:revision>2</cp:revision>
  <dcterms:created xsi:type="dcterms:W3CDTF">2026-10-07T20:08:00Z</dcterms:created>
  <dcterms:modified xsi:type="dcterms:W3CDTF">2026-10-07T20:08:00Z</dcterms:modified>
  <cp:category/>
</cp:coreProperties>
</file>