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DE1C4" w14:textId="77777777" w:rsidR="00AC26F7" w:rsidRPr="00A61F6B" w:rsidRDefault="00075490" w:rsidP="00A61F6B">
      <w:pPr>
        <w:pStyle w:val="NoSpacing"/>
        <w:ind w:left="5760" w:firstLine="720"/>
        <w:rPr>
          <w:rFonts w:ascii="Times New Roman" w:hAnsi="Times New Roman" w:cs="Times New Roman"/>
          <w:b/>
          <w:bCs/>
          <w:sz w:val="24"/>
          <w:szCs w:val="24"/>
        </w:rPr>
      </w:pPr>
      <w:r w:rsidRPr="00A61F6B">
        <w:rPr>
          <w:rFonts w:ascii="Times New Roman" w:hAnsi="Times New Roman" w:cs="Times New Roman"/>
          <w:b/>
          <w:bCs/>
          <w:sz w:val="24"/>
          <w:szCs w:val="24"/>
        </w:rPr>
        <w:t>SPECIAL SESSION MINUTES</w:t>
      </w:r>
    </w:p>
    <w:p w14:paraId="50293502" w14:textId="77777777" w:rsidR="00A61F6B" w:rsidRDefault="00075490" w:rsidP="00A61F6B">
      <w:pPr>
        <w:pStyle w:val="NoSpacing"/>
        <w:ind w:left="5760" w:firstLine="720"/>
        <w:rPr>
          <w:rFonts w:ascii="Times New Roman" w:hAnsi="Times New Roman" w:cs="Times New Roman"/>
          <w:b/>
          <w:bCs/>
          <w:sz w:val="24"/>
          <w:szCs w:val="24"/>
        </w:rPr>
      </w:pPr>
      <w:r w:rsidRPr="00A61F6B">
        <w:rPr>
          <w:rFonts w:ascii="Times New Roman" w:hAnsi="Times New Roman" w:cs="Times New Roman"/>
          <w:b/>
          <w:bCs/>
          <w:sz w:val="24"/>
          <w:szCs w:val="24"/>
        </w:rPr>
        <w:t>BUHLER CITY COUNCIL</w:t>
      </w:r>
    </w:p>
    <w:p w14:paraId="1D8F468E" w14:textId="37804D7B" w:rsidR="00AC26F7" w:rsidRDefault="00075490" w:rsidP="00A61F6B">
      <w:pPr>
        <w:pStyle w:val="NoSpacing"/>
        <w:ind w:left="5760" w:firstLine="720"/>
        <w:rPr>
          <w:rFonts w:ascii="Times New Roman" w:hAnsi="Times New Roman" w:cs="Times New Roman"/>
          <w:b/>
          <w:bCs/>
          <w:sz w:val="24"/>
          <w:szCs w:val="24"/>
        </w:rPr>
      </w:pPr>
      <w:r w:rsidRPr="00A61F6B">
        <w:rPr>
          <w:rFonts w:ascii="Times New Roman" w:hAnsi="Times New Roman" w:cs="Times New Roman"/>
          <w:b/>
          <w:bCs/>
          <w:sz w:val="24"/>
          <w:szCs w:val="24"/>
        </w:rPr>
        <w:t>SEPTEMBER 22, 2026</w:t>
      </w:r>
    </w:p>
    <w:p w14:paraId="4CA3D958" w14:textId="77777777" w:rsidR="00A61F6B" w:rsidRPr="00A61F6B" w:rsidRDefault="00A61F6B" w:rsidP="00A61F6B">
      <w:pPr>
        <w:pStyle w:val="NoSpacing"/>
        <w:ind w:left="5760" w:firstLine="720"/>
        <w:rPr>
          <w:rFonts w:ascii="Times New Roman" w:hAnsi="Times New Roman" w:cs="Times New Roman"/>
          <w:b/>
          <w:bCs/>
          <w:sz w:val="24"/>
          <w:szCs w:val="24"/>
        </w:rPr>
      </w:pPr>
    </w:p>
    <w:p w14:paraId="1C927FD8" w14:textId="77777777" w:rsidR="00AC26F7" w:rsidRPr="00A61F6B" w:rsidRDefault="00075490" w:rsidP="00A61F6B">
      <w:pPr>
        <w:rPr>
          <w:rFonts w:cs="Times New Roman"/>
          <w:b/>
          <w:bCs/>
          <w:sz w:val="24"/>
          <w:szCs w:val="24"/>
          <w:u w:val="single"/>
        </w:rPr>
      </w:pPr>
      <w:r w:rsidRPr="00A61F6B">
        <w:rPr>
          <w:rFonts w:cs="Times New Roman"/>
          <w:b/>
          <w:bCs/>
          <w:sz w:val="24"/>
          <w:szCs w:val="24"/>
          <w:u w:val="single"/>
        </w:rPr>
        <w:t>CALL TO ORDER</w:t>
      </w:r>
    </w:p>
    <w:p w14:paraId="3B3F352B" w14:textId="263F7A1B" w:rsidR="00AC26F7" w:rsidRDefault="00075490" w:rsidP="00A61F6B">
      <w:pPr>
        <w:rPr>
          <w:rFonts w:cs="Times New Roman"/>
          <w:sz w:val="24"/>
          <w:szCs w:val="24"/>
        </w:rPr>
      </w:pPr>
      <w:r w:rsidRPr="00A61F6B">
        <w:rPr>
          <w:rFonts w:cs="Times New Roman"/>
          <w:sz w:val="24"/>
          <w:szCs w:val="24"/>
        </w:rPr>
        <w:t xml:space="preserve">Mayor Ryan Wray called the special session of the City Council for the City of Buhler to order at 7:00 pm at the Buhler City </w:t>
      </w:r>
      <w:r w:rsidR="00A61F6B" w:rsidRPr="00A61F6B">
        <w:rPr>
          <w:rFonts w:cs="Times New Roman"/>
          <w:sz w:val="24"/>
          <w:szCs w:val="24"/>
        </w:rPr>
        <w:t>Offices</w:t>
      </w:r>
      <w:r w:rsidRPr="00A61F6B">
        <w:rPr>
          <w:rFonts w:cs="Times New Roman"/>
          <w:sz w:val="24"/>
          <w:szCs w:val="24"/>
        </w:rPr>
        <w:t xml:space="preserve"> on Tuesday, September 22, 2026. Councilmembers present: Councilmember Mike Knopp, Chuck Taylor, Ryan Brady, and Andrew Epp, who arrived at 7:05 pm. Councilmember Candace Davidson was absent.</w:t>
      </w:r>
    </w:p>
    <w:p w14:paraId="5C333879" w14:textId="77777777" w:rsidR="00A61F6B" w:rsidRPr="00A61F6B" w:rsidRDefault="00A61F6B" w:rsidP="00A61F6B">
      <w:pPr>
        <w:rPr>
          <w:rFonts w:cs="Times New Roman"/>
          <w:sz w:val="24"/>
          <w:szCs w:val="24"/>
        </w:rPr>
      </w:pPr>
    </w:p>
    <w:p w14:paraId="02E79934" w14:textId="77777777" w:rsidR="00AC26F7" w:rsidRPr="00A61F6B" w:rsidRDefault="00075490" w:rsidP="00A61F6B">
      <w:pPr>
        <w:rPr>
          <w:rFonts w:cs="Times New Roman"/>
          <w:b/>
          <w:bCs/>
          <w:sz w:val="24"/>
          <w:szCs w:val="24"/>
          <w:u w:val="single"/>
        </w:rPr>
      </w:pPr>
      <w:r w:rsidRPr="00A61F6B">
        <w:rPr>
          <w:rFonts w:cs="Times New Roman"/>
          <w:b/>
          <w:bCs/>
          <w:sz w:val="24"/>
          <w:szCs w:val="24"/>
          <w:u w:val="single"/>
        </w:rPr>
        <w:t>CITY OF BUHLER PERSONNEL</w:t>
      </w:r>
    </w:p>
    <w:p w14:paraId="215A5A9C" w14:textId="2252E864" w:rsidR="00A61F6B" w:rsidRPr="00A61F6B" w:rsidRDefault="00075490" w:rsidP="00A61F6B">
      <w:pPr>
        <w:rPr>
          <w:rFonts w:cs="Times New Roman"/>
          <w:sz w:val="24"/>
          <w:szCs w:val="24"/>
        </w:rPr>
      </w:pPr>
      <w:r w:rsidRPr="00A61F6B">
        <w:rPr>
          <w:rFonts w:cs="Times New Roman"/>
          <w:b/>
          <w:bCs/>
          <w:sz w:val="24"/>
          <w:szCs w:val="24"/>
        </w:rPr>
        <w:t xml:space="preserve">A motion was made by Councilmember Taylor, seconded by Councilmember Knopp, to recess into executive session to discuss personnel matters concerning the </w:t>
      </w:r>
      <w:r w:rsidR="00A61F6B" w:rsidRPr="00A61F6B">
        <w:rPr>
          <w:rFonts w:cs="Times New Roman"/>
          <w:b/>
          <w:bCs/>
          <w:sz w:val="24"/>
          <w:szCs w:val="24"/>
        </w:rPr>
        <w:t xml:space="preserve">departure of the </w:t>
      </w:r>
      <w:r w:rsidRPr="00A61F6B">
        <w:rPr>
          <w:rFonts w:cs="Times New Roman"/>
          <w:b/>
          <w:bCs/>
          <w:sz w:val="24"/>
          <w:szCs w:val="24"/>
        </w:rPr>
        <w:t xml:space="preserve">Chief </w:t>
      </w:r>
      <w:r w:rsidR="00A61F6B" w:rsidRPr="00A61F6B">
        <w:rPr>
          <w:rFonts w:cs="Times New Roman"/>
          <w:b/>
          <w:bCs/>
          <w:sz w:val="24"/>
          <w:szCs w:val="24"/>
        </w:rPr>
        <w:t>John Brislin with City Clerk Sara Howard</w:t>
      </w:r>
      <w:r w:rsidRPr="00A61F6B">
        <w:rPr>
          <w:rFonts w:cs="Times New Roman"/>
          <w:b/>
          <w:bCs/>
          <w:sz w:val="24"/>
          <w:szCs w:val="24"/>
        </w:rPr>
        <w:t>, with the open meeting to resume at 7:20 pm.</w:t>
      </w:r>
      <w:r w:rsidRPr="00A61F6B">
        <w:rPr>
          <w:rFonts w:cs="Times New Roman"/>
          <w:sz w:val="24"/>
          <w:szCs w:val="24"/>
        </w:rPr>
        <w:t xml:space="preserve"> Voice Vote – 3 yeas, 0 nays – Carried.</w:t>
      </w:r>
    </w:p>
    <w:p w14:paraId="652144EF" w14:textId="77777777" w:rsidR="00AC26F7" w:rsidRPr="00A61F6B" w:rsidRDefault="00075490" w:rsidP="00A61F6B">
      <w:pPr>
        <w:rPr>
          <w:rFonts w:cs="Times New Roman"/>
          <w:sz w:val="24"/>
          <w:szCs w:val="24"/>
        </w:rPr>
      </w:pPr>
      <w:r w:rsidRPr="00A61F6B">
        <w:rPr>
          <w:rFonts w:cs="Times New Roman"/>
          <w:sz w:val="24"/>
          <w:szCs w:val="24"/>
        </w:rPr>
        <w:t>Mayor Wray called the special session of the City Council back in session at 7:20 pm.</w:t>
      </w:r>
    </w:p>
    <w:p w14:paraId="485E835E" w14:textId="1BE2D00C" w:rsidR="00AC26F7" w:rsidRPr="00A61F6B" w:rsidRDefault="00075490" w:rsidP="00A61F6B">
      <w:pPr>
        <w:rPr>
          <w:rFonts w:cs="Times New Roman"/>
          <w:sz w:val="24"/>
          <w:szCs w:val="24"/>
        </w:rPr>
      </w:pPr>
      <w:r w:rsidRPr="00A61F6B">
        <w:rPr>
          <w:rFonts w:cs="Times New Roman"/>
          <w:b/>
          <w:bCs/>
          <w:sz w:val="24"/>
          <w:szCs w:val="24"/>
        </w:rPr>
        <w:t>A motion was made by Councilmember Knopp, seconded by Councilmember Brady, to recess into executive session for further discussion</w:t>
      </w:r>
      <w:r w:rsidR="00A61F6B" w:rsidRPr="00A61F6B">
        <w:rPr>
          <w:rFonts w:cs="Times New Roman"/>
          <w:b/>
          <w:bCs/>
          <w:sz w:val="24"/>
          <w:szCs w:val="24"/>
        </w:rPr>
        <w:t xml:space="preserve"> on Chief of Police departure</w:t>
      </w:r>
      <w:r w:rsidRPr="00A61F6B">
        <w:rPr>
          <w:rFonts w:cs="Times New Roman"/>
          <w:b/>
          <w:bCs/>
          <w:sz w:val="24"/>
          <w:szCs w:val="24"/>
        </w:rPr>
        <w:t>, with the open meeting to resume at 7:35 pm.</w:t>
      </w:r>
      <w:r w:rsidRPr="00A61F6B">
        <w:rPr>
          <w:rFonts w:cs="Times New Roman"/>
          <w:sz w:val="24"/>
          <w:szCs w:val="24"/>
        </w:rPr>
        <w:t xml:space="preserve"> Voice Vote – 4 yeas, 0 nays – Carried.</w:t>
      </w:r>
    </w:p>
    <w:p w14:paraId="6CE2960C" w14:textId="77777777" w:rsidR="00AC26F7" w:rsidRDefault="00075490" w:rsidP="00A61F6B">
      <w:pPr>
        <w:rPr>
          <w:rFonts w:cs="Times New Roman"/>
          <w:sz w:val="24"/>
          <w:szCs w:val="24"/>
        </w:rPr>
      </w:pPr>
      <w:r w:rsidRPr="00A61F6B">
        <w:rPr>
          <w:rFonts w:cs="Times New Roman"/>
          <w:sz w:val="24"/>
          <w:szCs w:val="24"/>
        </w:rPr>
        <w:t>Mayor Wray called the special session of the City Council back in session at 7:35 pm. All councilmembers present were present upon reconvening.</w:t>
      </w:r>
    </w:p>
    <w:p w14:paraId="4BA32F96" w14:textId="2B83EF26" w:rsidR="00AC26F7" w:rsidRPr="00A61F6B" w:rsidRDefault="00075490" w:rsidP="00A61F6B">
      <w:pPr>
        <w:rPr>
          <w:rFonts w:cs="Times New Roman"/>
          <w:sz w:val="24"/>
          <w:szCs w:val="24"/>
        </w:rPr>
      </w:pPr>
      <w:r w:rsidRPr="00A61F6B">
        <w:rPr>
          <w:rFonts w:cs="Times New Roman"/>
          <w:b/>
          <w:bCs/>
          <w:sz w:val="24"/>
          <w:szCs w:val="24"/>
        </w:rPr>
        <w:t>A motion was made by Councilmember Brady, seconded by Councilmember Taylor, to accept the resignation of John Brislin as Chief of Police.</w:t>
      </w:r>
      <w:r w:rsidRPr="00A61F6B">
        <w:rPr>
          <w:rFonts w:cs="Times New Roman"/>
          <w:sz w:val="24"/>
          <w:szCs w:val="24"/>
        </w:rPr>
        <w:t xml:space="preserve"> Voice Vote – 4 yeas, 0 nays – Carried.</w:t>
      </w:r>
    </w:p>
    <w:p w14:paraId="4E65769E" w14:textId="4D9F73AC" w:rsidR="00AC26F7" w:rsidRDefault="00787F03" w:rsidP="00A61F6B">
      <w:pPr>
        <w:rPr>
          <w:rFonts w:cs="Times New Roman"/>
          <w:sz w:val="24"/>
          <w:szCs w:val="24"/>
        </w:rPr>
      </w:pPr>
      <w:r>
        <w:rPr>
          <w:rFonts w:cs="Times New Roman"/>
          <w:sz w:val="24"/>
          <w:szCs w:val="24"/>
        </w:rPr>
        <w:t xml:space="preserve">Councilmember Brady stated that it has been brought to our attention that John Brislin no longer lives in Buhler and is commuting from Goddard therefore he feels we should enforce what our handbook states and not allow him to drive a city patrol vehicle since his residence is farther than the </w:t>
      </w:r>
      <w:r w:rsidR="000E5725">
        <w:rPr>
          <w:rFonts w:cs="Times New Roman"/>
          <w:sz w:val="24"/>
          <w:szCs w:val="24"/>
        </w:rPr>
        <w:t>15</w:t>
      </w:r>
      <w:r>
        <w:rPr>
          <w:rFonts w:cs="Times New Roman"/>
          <w:sz w:val="24"/>
          <w:szCs w:val="24"/>
        </w:rPr>
        <w:t xml:space="preserve"> </w:t>
      </w:r>
      <w:r>
        <w:rPr>
          <w:rFonts w:cs="Times New Roman"/>
          <w:sz w:val="24"/>
          <w:szCs w:val="24"/>
        </w:rPr>
        <w:t>miles,</w:t>
      </w:r>
      <w:r>
        <w:rPr>
          <w:rFonts w:cs="Times New Roman"/>
          <w:sz w:val="24"/>
          <w:szCs w:val="24"/>
        </w:rPr>
        <w:t xml:space="preserve"> we allow. </w:t>
      </w:r>
      <w:r w:rsidR="00075490" w:rsidRPr="00787F03">
        <w:rPr>
          <w:rFonts w:cs="Times New Roman"/>
          <w:b/>
          <w:bCs/>
          <w:sz w:val="24"/>
          <w:szCs w:val="24"/>
        </w:rPr>
        <w:t xml:space="preserve">A motion was made by Councilmember Brady, seconded by Councilmember Knopp, regarding use of the police vehicle through </w:t>
      </w:r>
      <w:r w:rsidRPr="00787F03">
        <w:rPr>
          <w:rFonts w:cs="Times New Roman"/>
          <w:b/>
          <w:bCs/>
          <w:sz w:val="24"/>
          <w:szCs w:val="24"/>
        </w:rPr>
        <w:t>his employment</w:t>
      </w:r>
      <w:r w:rsidR="00075490" w:rsidRPr="00787F03">
        <w:rPr>
          <w:rFonts w:cs="Times New Roman"/>
          <w:b/>
          <w:bCs/>
          <w:sz w:val="24"/>
          <w:szCs w:val="24"/>
        </w:rPr>
        <w:t>.</w:t>
      </w:r>
      <w:r w:rsidR="00075490" w:rsidRPr="00A61F6B">
        <w:rPr>
          <w:rFonts w:cs="Times New Roman"/>
          <w:sz w:val="24"/>
          <w:szCs w:val="24"/>
        </w:rPr>
        <w:t xml:space="preserve"> Voice Vote – 4 yeas, 0 nays – Carried.</w:t>
      </w:r>
    </w:p>
    <w:p w14:paraId="07DF41C4" w14:textId="3698C4BC" w:rsidR="00787F03" w:rsidRPr="00787F03" w:rsidRDefault="00787F03" w:rsidP="00A61F6B">
      <w:pPr>
        <w:rPr>
          <w:rFonts w:cs="Times New Roman"/>
          <w:sz w:val="24"/>
          <w:szCs w:val="24"/>
        </w:rPr>
      </w:pPr>
      <w:r>
        <w:rPr>
          <w:rFonts w:cs="Times New Roman"/>
          <w:b/>
          <w:bCs/>
          <w:sz w:val="24"/>
          <w:szCs w:val="24"/>
        </w:rPr>
        <w:t>A motion was made by Councilmember Knopp, seconded by Councilmember Taylor to approve City Clerk Sara Howard to post we are seeking applications for the Chief of Police until filled.</w:t>
      </w:r>
      <w:r>
        <w:rPr>
          <w:rFonts w:cs="Times New Roman"/>
          <w:sz w:val="24"/>
          <w:szCs w:val="24"/>
        </w:rPr>
        <w:t xml:space="preserve"> Voice Vote -- 4 yeas, 0 nay – Carried.</w:t>
      </w:r>
    </w:p>
    <w:p w14:paraId="25845F2C" w14:textId="5E6F5A91" w:rsidR="00AC26F7" w:rsidRPr="00A61F6B" w:rsidRDefault="00075490" w:rsidP="00A61F6B">
      <w:pPr>
        <w:rPr>
          <w:rFonts w:cs="Times New Roman"/>
          <w:sz w:val="24"/>
          <w:szCs w:val="24"/>
        </w:rPr>
      </w:pPr>
      <w:r w:rsidRPr="00A61F6B">
        <w:rPr>
          <w:rFonts w:cs="Times New Roman"/>
          <w:sz w:val="24"/>
          <w:szCs w:val="24"/>
        </w:rPr>
        <w:t xml:space="preserve">Discussion was held regarding police department coverage and the transition following the departure of the Chief of Police. It was noted that, as of October 1, there would be no Chief of Police and the City was not required to immediately appoint a Chief. </w:t>
      </w:r>
      <w:r w:rsidR="00787F03">
        <w:rPr>
          <w:rFonts w:cs="Times New Roman"/>
          <w:sz w:val="24"/>
          <w:szCs w:val="24"/>
        </w:rPr>
        <w:t>Officer David Mathes graduates from KLETC on October 2</w:t>
      </w:r>
      <w:r w:rsidR="00787F03" w:rsidRPr="00787F03">
        <w:rPr>
          <w:rFonts w:cs="Times New Roman"/>
          <w:sz w:val="24"/>
          <w:szCs w:val="24"/>
          <w:vertAlign w:val="superscript"/>
        </w:rPr>
        <w:t>nd</w:t>
      </w:r>
      <w:r w:rsidR="00787F03">
        <w:rPr>
          <w:rFonts w:cs="Times New Roman"/>
          <w:sz w:val="24"/>
          <w:szCs w:val="24"/>
        </w:rPr>
        <w:t xml:space="preserve"> and</w:t>
      </w:r>
      <w:r w:rsidRPr="00A61F6B">
        <w:rPr>
          <w:rFonts w:cs="Times New Roman"/>
          <w:sz w:val="24"/>
          <w:szCs w:val="24"/>
        </w:rPr>
        <w:t xml:space="preserve"> </w:t>
      </w:r>
      <w:r w:rsidR="00787F03">
        <w:rPr>
          <w:rFonts w:cs="Times New Roman"/>
          <w:sz w:val="24"/>
          <w:szCs w:val="24"/>
        </w:rPr>
        <w:t>f</w:t>
      </w:r>
      <w:r w:rsidRPr="00A61F6B">
        <w:rPr>
          <w:rFonts w:cs="Times New Roman"/>
          <w:sz w:val="24"/>
          <w:szCs w:val="24"/>
        </w:rPr>
        <w:t>ormer Chief Bill Tracy also volunteered to assist with training</w:t>
      </w:r>
      <w:r w:rsidR="00787F03">
        <w:rPr>
          <w:rFonts w:cs="Times New Roman"/>
          <w:sz w:val="24"/>
          <w:szCs w:val="24"/>
        </w:rPr>
        <w:t xml:space="preserve"> along with our </w:t>
      </w:r>
      <w:r w:rsidR="00F53AC0">
        <w:rPr>
          <w:rFonts w:cs="Times New Roman"/>
          <w:sz w:val="24"/>
          <w:szCs w:val="24"/>
        </w:rPr>
        <w:t>part-time</w:t>
      </w:r>
      <w:r w:rsidR="00787F03">
        <w:rPr>
          <w:rFonts w:cs="Times New Roman"/>
          <w:sz w:val="24"/>
          <w:szCs w:val="24"/>
        </w:rPr>
        <w:t xml:space="preserve"> Officers who are also </w:t>
      </w:r>
      <w:r w:rsidR="00F53AC0">
        <w:rPr>
          <w:rFonts w:cs="Times New Roman"/>
          <w:sz w:val="24"/>
          <w:szCs w:val="24"/>
        </w:rPr>
        <w:t>full-time</w:t>
      </w:r>
      <w:r w:rsidR="00787F03">
        <w:rPr>
          <w:rFonts w:cs="Times New Roman"/>
          <w:sz w:val="24"/>
          <w:szCs w:val="24"/>
        </w:rPr>
        <w:t xml:space="preserve"> Sherriff Officers</w:t>
      </w:r>
      <w:r w:rsidRPr="00A61F6B">
        <w:rPr>
          <w:rFonts w:cs="Times New Roman"/>
          <w:sz w:val="24"/>
          <w:szCs w:val="24"/>
        </w:rPr>
        <w:t xml:space="preserve">. The </w:t>
      </w:r>
      <w:r w:rsidR="00F53AC0" w:rsidRPr="00A61F6B">
        <w:rPr>
          <w:rFonts w:cs="Times New Roman"/>
          <w:sz w:val="24"/>
          <w:szCs w:val="24"/>
        </w:rPr>
        <w:t>city</w:t>
      </w:r>
      <w:r w:rsidRPr="00A61F6B">
        <w:rPr>
          <w:rFonts w:cs="Times New Roman"/>
          <w:sz w:val="24"/>
          <w:szCs w:val="24"/>
        </w:rPr>
        <w:t xml:space="preserve"> will continue to work on coverage and </w:t>
      </w:r>
      <w:r w:rsidRPr="00A61F6B">
        <w:rPr>
          <w:rFonts w:cs="Times New Roman"/>
          <w:sz w:val="24"/>
          <w:szCs w:val="24"/>
        </w:rPr>
        <w:lastRenderedPageBreak/>
        <w:t>scheduling, including the possibility of additional part-time assistance. Mayor Wray noted that the school had been made aware of the situation and that coverage had been addressed.</w:t>
      </w:r>
    </w:p>
    <w:p w14:paraId="1CE9F875" w14:textId="77777777" w:rsidR="00D86795" w:rsidRPr="00F53AC0" w:rsidRDefault="00075490" w:rsidP="00F53AC0">
      <w:pPr>
        <w:pStyle w:val="NoSpacing"/>
        <w:rPr>
          <w:rFonts w:ascii="Times New Roman" w:hAnsi="Times New Roman" w:cs="Times New Roman"/>
          <w:sz w:val="24"/>
          <w:szCs w:val="24"/>
        </w:rPr>
      </w:pPr>
      <w:r w:rsidRPr="00D86795">
        <w:rPr>
          <w:b/>
          <w:bCs/>
        </w:rPr>
        <w:t>A motion was made by Councilmember Taylor, seconded by Councilmember Brady, to adjourn.</w:t>
      </w:r>
      <w:r w:rsidRPr="00A61F6B">
        <w:t xml:space="preserve"> </w:t>
      </w:r>
      <w:r w:rsidRPr="00F53AC0">
        <w:rPr>
          <w:rFonts w:ascii="Times New Roman" w:hAnsi="Times New Roman" w:cs="Times New Roman"/>
          <w:sz w:val="24"/>
          <w:szCs w:val="24"/>
        </w:rPr>
        <w:t>Voice Vote – 4 yeas, 0 nays – Carried.</w:t>
      </w:r>
    </w:p>
    <w:p w14:paraId="6E9DFD99" w14:textId="3C4EA2FB" w:rsidR="00D86795" w:rsidRPr="00F53AC0" w:rsidRDefault="00D86795" w:rsidP="00F53AC0">
      <w:pPr>
        <w:pStyle w:val="NoSpacing"/>
        <w:rPr>
          <w:rFonts w:ascii="Times New Roman" w:hAnsi="Times New Roman" w:cs="Times New Roman"/>
          <w:sz w:val="24"/>
          <w:szCs w:val="24"/>
        </w:rPr>
      </w:pPr>
      <w:r w:rsidRPr="00F53AC0">
        <w:rPr>
          <w:rFonts w:ascii="Times New Roman" w:hAnsi="Times New Roman" w:cs="Times New Roman"/>
          <w:sz w:val="24"/>
          <w:szCs w:val="24"/>
        </w:rPr>
        <w:t>Adjourned at 8:05pm.</w:t>
      </w:r>
    </w:p>
    <w:p w14:paraId="42FC7D5E" w14:textId="56ED7493" w:rsidR="00AC26F7" w:rsidRDefault="00075490" w:rsidP="00D86795">
      <w:pPr>
        <w:ind w:left="5040" w:firstLine="720"/>
        <w:rPr>
          <w:rFonts w:cs="Times New Roman"/>
          <w:sz w:val="24"/>
          <w:szCs w:val="24"/>
        </w:rPr>
      </w:pPr>
      <w:r w:rsidRPr="00A61F6B">
        <w:rPr>
          <w:rFonts w:cs="Times New Roman"/>
          <w:sz w:val="24"/>
          <w:szCs w:val="24"/>
        </w:rPr>
        <w:t>Respectfully submitted,</w:t>
      </w:r>
    </w:p>
    <w:p w14:paraId="3DFCD505" w14:textId="77777777" w:rsidR="00D86795" w:rsidRDefault="00D86795" w:rsidP="00A61F6B">
      <w:pPr>
        <w:rPr>
          <w:rFonts w:cs="Times New Roman"/>
          <w:sz w:val="24"/>
          <w:szCs w:val="24"/>
        </w:rPr>
      </w:pPr>
    </w:p>
    <w:p w14:paraId="3035575F" w14:textId="77777777" w:rsidR="00D86795" w:rsidRPr="00A61F6B" w:rsidRDefault="00D86795" w:rsidP="00A61F6B">
      <w:pPr>
        <w:rPr>
          <w:rFonts w:cs="Times New Roman"/>
          <w:sz w:val="24"/>
          <w:szCs w:val="24"/>
        </w:rPr>
      </w:pPr>
    </w:p>
    <w:p w14:paraId="6B625B9C" w14:textId="77777777" w:rsidR="00AC26F7" w:rsidRDefault="00075490" w:rsidP="00D86795">
      <w:pPr>
        <w:ind w:left="5040" w:firstLine="720"/>
        <w:rPr>
          <w:rFonts w:cs="Times New Roman"/>
          <w:sz w:val="24"/>
          <w:szCs w:val="24"/>
        </w:rPr>
      </w:pPr>
      <w:r w:rsidRPr="00A61F6B">
        <w:rPr>
          <w:rFonts w:cs="Times New Roman"/>
          <w:sz w:val="24"/>
          <w:szCs w:val="24"/>
        </w:rPr>
        <w:t>Sarah Glass, Deputy City Clerk</w:t>
      </w:r>
    </w:p>
    <w:p w14:paraId="6B839478" w14:textId="77777777" w:rsidR="00D86795" w:rsidRPr="00A61F6B" w:rsidRDefault="00D86795" w:rsidP="00D86795">
      <w:pPr>
        <w:ind w:left="5040" w:firstLine="720"/>
        <w:rPr>
          <w:rFonts w:cs="Times New Roman"/>
          <w:sz w:val="24"/>
          <w:szCs w:val="24"/>
        </w:rPr>
      </w:pPr>
    </w:p>
    <w:p w14:paraId="37614F0E" w14:textId="0FE2FE87" w:rsidR="00AC26F7" w:rsidRPr="00A61F6B" w:rsidRDefault="00075490" w:rsidP="00A61F6B">
      <w:pPr>
        <w:rPr>
          <w:rFonts w:cs="Times New Roman"/>
          <w:sz w:val="24"/>
          <w:szCs w:val="24"/>
        </w:rPr>
      </w:pPr>
      <w:r w:rsidRPr="00A61F6B">
        <w:rPr>
          <w:rFonts w:cs="Times New Roman"/>
          <w:sz w:val="24"/>
          <w:szCs w:val="24"/>
        </w:rPr>
        <w:t xml:space="preserve">PRESENT:                                               </w:t>
      </w:r>
      <w:r w:rsidR="00D86795">
        <w:rPr>
          <w:rFonts w:cs="Times New Roman"/>
          <w:sz w:val="24"/>
          <w:szCs w:val="24"/>
        </w:rPr>
        <w:tab/>
      </w:r>
      <w:r w:rsidR="00D86795">
        <w:rPr>
          <w:rFonts w:cs="Times New Roman"/>
          <w:sz w:val="24"/>
          <w:szCs w:val="24"/>
        </w:rPr>
        <w:tab/>
      </w:r>
      <w:r w:rsidR="00D86795">
        <w:rPr>
          <w:rFonts w:cs="Times New Roman"/>
          <w:sz w:val="24"/>
          <w:szCs w:val="24"/>
        </w:rPr>
        <w:tab/>
      </w:r>
      <w:r w:rsidRPr="00A61F6B">
        <w:rPr>
          <w:rFonts w:cs="Times New Roman"/>
          <w:sz w:val="24"/>
          <w:szCs w:val="24"/>
        </w:rPr>
        <w:t xml:space="preserve"> GUESTS:</w:t>
      </w:r>
    </w:p>
    <w:p w14:paraId="2C00F144" w14:textId="3B3489C2" w:rsidR="00D86795" w:rsidRPr="00D86795" w:rsidRDefault="00D86795" w:rsidP="00D86795">
      <w:pPr>
        <w:pStyle w:val="NoSpacing"/>
        <w:rPr>
          <w:rFonts w:ascii="Times New Roman" w:hAnsi="Times New Roman" w:cs="Times New Roman"/>
          <w:sz w:val="24"/>
          <w:szCs w:val="24"/>
        </w:rPr>
      </w:pPr>
      <w:r w:rsidRPr="00D86795">
        <w:rPr>
          <w:rFonts w:ascii="Times New Roman" w:hAnsi="Times New Roman" w:cs="Times New Roman"/>
          <w:sz w:val="24"/>
          <w:szCs w:val="24"/>
        </w:rPr>
        <w:t>Deputy City Clerk Sarah Glass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Anthony Baldwin</w:t>
      </w:r>
      <w:r>
        <w:rPr>
          <w:rFonts w:ascii="Times New Roman" w:hAnsi="Times New Roman" w:cs="Times New Roman"/>
          <w:sz w:val="24"/>
          <w:szCs w:val="24"/>
        </w:rPr>
        <w:tab/>
      </w:r>
    </w:p>
    <w:p w14:paraId="6E219676" w14:textId="57512373" w:rsidR="00D86795" w:rsidRDefault="00D86795" w:rsidP="00D86795">
      <w:pPr>
        <w:pStyle w:val="NoSpacing"/>
        <w:rPr>
          <w:rFonts w:ascii="Times New Roman" w:hAnsi="Times New Roman" w:cs="Times New Roman"/>
          <w:sz w:val="24"/>
          <w:szCs w:val="24"/>
        </w:rPr>
      </w:pPr>
      <w:r>
        <w:rPr>
          <w:rFonts w:ascii="Times New Roman" w:hAnsi="Times New Roman" w:cs="Times New Roman"/>
          <w:sz w:val="24"/>
          <w:szCs w:val="24"/>
        </w:rPr>
        <w:t>Officer David Mathes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Darrin Banning</w:t>
      </w:r>
    </w:p>
    <w:p w14:paraId="00C3E3AB" w14:textId="1F475537" w:rsidR="00D86795" w:rsidRDefault="00D86795" w:rsidP="00D86795">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Brad Voth</w:t>
      </w:r>
    </w:p>
    <w:p w14:paraId="345EE05B" w14:textId="0503EA44" w:rsidR="00D86795" w:rsidRDefault="00D86795" w:rsidP="00D86795">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JC Keith</w:t>
      </w:r>
    </w:p>
    <w:p w14:paraId="40E651D5" w14:textId="4513C433" w:rsidR="00D86795" w:rsidRDefault="00D86795" w:rsidP="00D86795">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Warren Ediger</w:t>
      </w:r>
    </w:p>
    <w:p w14:paraId="0C2355B4" w14:textId="12F8C6D7" w:rsidR="00D86795" w:rsidRDefault="00D86795" w:rsidP="00D86795">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Adam Stewart, Hutchinson Tribune</w:t>
      </w:r>
    </w:p>
    <w:p w14:paraId="6E5F403B" w14:textId="7B2266C3" w:rsidR="00D86795" w:rsidRDefault="00D86795" w:rsidP="00D86795">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Dennis Board</w:t>
      </w:r>
    </w:p>
    <w:p w14:paraId="67D2A948" w14:textId="4EED1542" w:rsidR="00D86795" w:rsidRPr="00D86795" w:rsidRDefault="00D86795" w:rsidP="00D86795">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Shelby Duff</w:t>
      </w:r>
    </w:p>
    <w:sectPr w:rsidR="00D86795" w:rsidRPr="00D86795"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5818388">
    <w:abstractNumId w:val="8"/>
  </w:num>
  <w:num w:numId="2" w16cid:durableId="1383602642">
    <w:abstractNumId w:val="6"/>
  </w:num>
  <w:num w:numId="3" w16cid:durableId="1605771204">
    <w:abstractNumId w:val="5"/>
  </w:num>
  <w:num w:numId="4" w16cid:durableId="500317762">
    <w:abstractNumId w:val="4"/>
  </w:num>
  <w:num w:numId="5" w16cid:durableId="1631210499">
    <w:abstractNumId w:val="7"/>
  </w:num>
  <w:num w:numId="6" w16cid:durableId="1789466072">
    <w:abstractNumId w:val="3"/>
  </w:num>
  <w:num w:numId="7" w16cid:durableId="457837358">
    <w:abstractNumId w:val="2"/>
  </w:num>
  <w:num w:numId="8" w16cid:durableId="987124596">
    <w:abstractNumId w:val="1"/>
  </w:num>
  <w:num w:numId="9" w16cid:durableId="1089156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5490"/>
    <w:rsid w:val="000E5725"/>
    <w:rsid w:val="0015074B"/>
    <w:rsid w:val="0029639D"/>
    <w:rsid w:val="00326F90"/>
    <w:rsid w:val="00787F03"/>
    <w:rsid w:val="00870044"/>
    <w:rsid w:val="00A61F6B"/>
    <w:rsid w:val="00AA1D8D"/>
    <w:rsid w:val="00AC26F7"/>
    <w:rsid w:val="00B47730"/>
    <w:rsid w:val="00CB0664"/>
    <w:rsid w:val="00D86795"/>
    <w:rsid w:val="00F53AC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B676D7"/>
  <w14:defaultImageDpi w14:val="300"/>
  <w15:docId w15:val="{89DE114C-50C5-43EF-9038-6243D1396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2</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Sarah Glass</cp:lastModifiedBy>
  <cp:revision>4</cp:revision>
  <cp:lastPrinted>2026-09-23T18:15:00Z</cp:lastPrinted>
  <dcterms:created xsi:type="dcterms:W3CDTF">2026-09-23T18:14:00Z</dcterms:created>
  <dcterms:modified xsi:type="dcterms:W3CDTF">2026-09-23T20:52:00Z</dcterms:modified>
  <cp:category/>
</cp:coreProperties>
</file>